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CF8A0" w14:textId="77777777" w:rsidR="00A976AC" w:rsidRDefault="00F007BD">
      <w:pPr>
        <w:jc w:val="center"/>
      </w:pPr>
      <w:r>
        <w:rPr>
          <w:b/>
          <w:sz w:val="28"/>
        </w:rPr>
        <w:t>APPLICATION FORM 2026/27</w:t>
      </w:r>
    </w:p>
    <w:p w14:paraId="739AE212" w14:textId="77777777" w:rsidR="00A976AC" w:rsidRDefault="00F007BD">
      <w:pPr>
        <w:jc w:val="center"/>
      </w:pPr>
      <w:r>
        <w:rPr>
          <w:b/>
          <w:sz w:val="28"/>
        </w:rPr>
        <w:t>16–19 BURSARY FUND AND FREE COLLEGE MEALS</w:t>
      </w:r>
    </w:p>
    <w:p w14:paraId="17DFC57A" w14:textId="77777777" w:rsidR="00A976AC" w:rsidRDefault="00F007BD">
      <w:pPr>
        <w:jc w:val="center"/>
      </w:pPr>
      <w:r>
        <w:rPr>
          <w:i/>
        </w:rPr>
        <w:t>This form should be read alongside the MITSkills 16–19 Bursary Fund Policy 2026/27.</w:t>
      </w:r>
    </w:p>
    <w:p w14:paraId="7EA79363" w14:textId="77777777" w:rsidR="00A976AC" w:rsidRDefault="00F007BD">
      <w:r>
        <w:t>The 16–19 Bursary Fund provides financial support to help eligible students overcome specific financial barriers to participation and remain in education or training. There are two types of support:</w:t>
      </w:r>
    </w:p>
    <w:p w14:paraId="7DCE3466" w14:textId="77777777" w:rsidR="00A976AC" w:rsidRDefault="00F007BD">
      <w:pPr>
        <w:pStyle w:val="ListBullet"/>
      </w:pPr>
      <w:r>
        <w:t>Bursaries for students in defined vulnerable groups.</w:t>
      </w:r>
    </w:p>
    <w:p w14:paraId="6ABD1B92" w14:textId="0D606B92" w:rsidR="00A976AC" w:rsidRDefault="00F007BD">
      <w:pPr>
        <w:pStyle w:val="ListBullet"/>
      </w:pPr>
      <w:r>
        <w:t>Discretionary bursaries for students who need help with essential participation costs, in line with the institution’s published policy</w:t>
      </w:r>
      <w:r w:rsidR="002D16CD">
        <w:t xml:space="preserve"> and based on individual need.</w:t>
      </w:r>
    </w:p>
    <w:p w14:paraId="73D7AD3E" w14:textId="77777777" w:rsidR="00A976AC" w:rsidRDefault="00F007BD">
      <w:r>
        <w:t>Support is based on assessed eligibility, actual financial need and evidenced essential participation costs, such as travel, meals, books, specialist equipment or required clothing. Students in a defined vulnerable group may receive up to £1,200 for the year, but any award depends on assessed actual need and may be lower than £1,200 or nil where needs are otherwise met.</w:t>
      </w:r>
    </w:p>
    <w:p w14:paraId="341E115F" w14:textId="77777777" w:rsidR="00A976AC" w:rsidRDefault="00F007BD">
      <w:r>
        <w:t>Free College Meals are assessed separately under national DfE eligibility rules.</w:t>
      </w:r>
    </w:p>
    <w:p w14:paraId="008D2815" w14:textId="77777777" w:rsidR="00A976AC" w:rsidRDefault="00F007BD">
      <w:r>
        <w:rPr>
          <w:b/>
          <w:sz w:val="22"/>
        </w:rPr>
        <w:t>IMPORTANT INFORMATION</w:t>
      </w:r>
    </w:p>
    <w:p w14:paraId="42475471" w14:textId="77777777" w:rsidR="00A976AC" w:rsidRDefault="00F007BD">
      <w:pPr>
        <w:pStyle w:val="ListBullet"/>
      </w:pPr>
      <w:r>
        <w:t>Please read the MITSkills 16–19 Bursary Fund Policy 2026/27 before completing this form.</w:t>
      </w:r>
    </w:p>
    <w:p w14:paraId="457F5056" w14:textId="77777777" w:rsidR="00A976AC" w:rsidRDefault="00F007BD">
      <w:pPr>
        <w:pStyle w:val="ListBullet"/>
      </w:pPr>
      <w:r>
        <w:t>Please complete all relevant sections and provide the evidence requested. We may ask for further evidence if needed to verify eligibility or assess actual need.</w:t>
      </w:r>
    </w:p>
    <w:p w14:paraId="4039DE04" w14:textId="77777777" w:rsidR="00A976AC" w:rsidRDefault="00F007BD">
      <w:pPr>
        <w:pStyle w:val="ListBullet"/>
      </w:pPr>
      <w:r>
        <w:t>Submitting an application does not guarantee an award. Awards are subject to available funding, eligibility, actual need and evidence of essential participation costs.</w:t>
      </w:r>
    </w:p>
    <w:p w14:paraId="07071314" w14:textId="77777777" w:rsidR="00A976AC" w:rsidRDefault="00F007BD">
      <w:pPr>
        <w:pStyle w:val="ListBullet"/>
      </w:pPr>
      <w:r>
        <w:t>Bursary support may be provided in kind where appropriate (for example, travel passes, meal credits, books, equipment or payment made directly to a supplier).</w:t>
      </w:r>
    </w:p>
    <w:p w14:paraId="35738EA7" w14:textId="16C35A78" w:rsidR="00A976AC" w:rsidRDefault="002D16CD">
      <w:pPr>
        <w:pStyle w:val="ListBullet"/>
      </w:pPr>
      <w:r w:rsidRPr="002D16CD">
        <w:t>Payments of all bursaries are dependent on you maintaining attendance of 90% or above on all your courses and behaving appropriately in College</w:t>
      </w:r>
      <w:r w:rsidR="00F007BD">
        <w:t>.</w:t>
      </w:r>
    </w:p>
    <w:p w14:paraId="4383EFE2" w14:textId="06AEC8D5" w:rsidR="002D16CD" w:rsidRDefault="002D16CD" w:rsidP="002D16CD">
      <w:pPr>
        <w:pStyle w:val="ListBullet"/>
      </w:pPr>
      <w:r w:rsidRPr="002D16CD">
        <w:t>The initial closing date for applications is 31st October 2026. This deadline may be extended if we have funds available after this date.</w:t>
      </w:r>
    </w:p>
    <w:p w14:paraId="2D3472D6" w14:textId="4B443D2D" w:rsidR="00A976AC" w:rsidRDefault="00F007BD">
      <w:pPr>
        <w:pStyle w:val="ListBullet"/>
      </w:pPr>
      <w:r>
        <w:t xml:space="preserve">Please return the completed form </w:t>
      </w:r>
      <w:r w:rsidR="002D16CD">
        <w:t>to</w:t>
      </w:r>
    </w:p>
    <w:p w14:paraId="7B714B2F" w14:textId="77777777" w:rsidR="002D16CD" w:rsidRPr="007C76DE" w:rsidRDefault="002D16CD" w:rsidP="002D16CD">
      <w:pPr>
        <w:pStyle w:val="Default"/>
        <w:ind w:left="360"/>
        <w:rPr>
          <w:b/>
          <w:bCs/>
          <w:sz w:val="23"/>
          <w:szCs w:val="23"/>
        </w:rPr>
      </w:pPr>
      <w:r w:rsidRPr="00203C06">
        <w:rPr>
          <w:b/>
          <w:bCs/>
          <w:sz w:val="23"/>
          <w:szCs w:val="23"/>
        </w:rPr>
        <w:t>Bursary Administrator,</w:t>
      </w:r>
      <w:r>
        <w:rPr>
          <w:b/>
          <w:bCs/>
          <w:sz w:val="23"/>
          <w:szCs w:val="23"/>
        </w:rPr>
        <w:t xml:space="preserve"> MITSkills, 16B Manvers House, Pioneer Close, Wath upon Deane, Rotherham, S63 7JZ</w:t>
      </w:r>
    </w:p>
    <w:p w14:paraId="13528C1A" w14:textId="77777777" w:rsidR="002D16CD" w:rsidRDefault="002D16CD" w:rsidP="002D16CD">
      <w:pPr>
        <w:pStyle w:val="ListBullet"/>
        <w:numPr>
          <w:ilvl w:val="0"/>
          <w:numId w:val="0"/>
        </w:numPr>
        <w:ind w:left="360" w:hanging="360"/>
      </w:pPr>
    </w:p>
    <w:p w14:paraId="7314F141" w14:textId="77777777" w:rsidR="002D16CD" w:rsidRDefault="002D16CD">
      <w:pPr>
        <w:rPr>
          <w:b/>
          <w:sz w:val="22"/>
        </w:rPr>
      </w:pPr>
      <w:r>
        <w:rPr>
          <w:b/>
          <w:sz w:val="22"/>
        </w:rPr>
        <w:br w:type="page"/>
      </w:r>
    </w:p>
    <w:p w14:paraId="5026513C" w14:textId="37B342C3" w:rsidR="00A976AC" w:rsidRDefault="00F007BD">
      <w:r>
        <w:rPr>
          <w:b/>
          <w:sz w:val="22"/>
        </w:rPr>
        <w:lastRenderedPageBreak/>
        <w:t>SECTION 1: STUDENT DETAILS</w:t>
      </w:r>
    </w:p>
    <w:tbl>
      <w:tblPr>
        <w:tblW w:w="1042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1"/>
        <w:gridCol w:w="5155"/>
        <w:gridCol w:w="59"/>
      </w:tblGrid>
      <w:tr w:rsidR="002D16CD" w:rsidRPr="000C30AF" w14:paraId="218F729A" w14:textId="77777777" w:rsidTr="002D16CD">
        <w:trPr>
          <w:trHeight w:hRule="exact" w:val="620"/>
        </w:trPr>
        <w:tc>
          <w:tcPr>
            <w:tcW w:w="10425" w:type="dxa"/>
            <w:gridSpan w:val="3"/>
          </w:tcPr>
          <w:p w14:paraId="339E2D55" w14:textId="77777777" w:rsidR="002D16CD" w:rsidRPr="000C30AF" w:rsidRDefault="002D16CD" w:rsidP="000A1BFC">
            <w:pPr>
              <w:pStyle w:val="TableParagraph"/>
              <w:spacing w:before="2"/>
              <w:rPr>
                <w:rFonts w:ascii="Arial" w:hAnsi="Arial" w:cs="Arial"/>
                <w:b/>
                <w:sz w:val="21"/>
                <w:szCs w:val="21"/>
              </w:rPr>
            </w:pPr>
          </w:p>
          <w:p w14:paraId="563DF290" w14:textId="77777777" w:rsidR="002D16CD" w:rsidRPr="000C30AF" w:rsidRDefault="002D16CD" w:rsidP="000A1BFC">
            <w:pPr>
              <w:pStyle w:val="TableParagraph"/>
              <w:ind w:left="103"/>
              <w:rPr>
                <w:rFonts w:ascii="Arial" w:hAnsi="Arial" w:cs="Arial"/>
                <w:b/>
                <w:sz w:val="21"/>
                <w:szCs w:val="21"/>
              </w:rPr>
            </w:pPr>
            <w:r w:rsidRPr="000C30AF">
              <w:rPr>
                <w:rFonts w:ascii="Arial" w:hAnsi="Arial" w:cs="Arial"/>
                <w:b/>
                <w:sz w:val="21"/>
                <w:szCs w:val="21"/>
              </w:rPr>
              <w:t>Full Name of Student:</w:t>
            </w:r>
          </w:p>
        </w:tc>
      </w:tr>
      <w:tr w:rsidR="002D16CD" w:rsidRPr="000C30AF" w14:paraId="5A517716" w14:textId="77777777" w:rsidTr="002D16CD">
        <w:trPr>
          <w:trHeight w:hRule="exact" w:val="602"/>
        </w:trPr>
        <w:tc>
          <w:tcPr>
            <w:tcW w:w="5211" w:type="dxa"/>
          </w:tcPr>
          <w:p w14:paraId="172C5431" w14:textId="77777777" w:rsidR="002D16CD" w:rsidRPr="000C30AF" w:rsidRDefault="002D16CD" w:rsidP="000A1BFC">
            <w:pPr>
              <w:pStyle w:val="TableParagraph"/>
              <w:spacing w:before="2"/>
              <w:rPr>
                <w:rFonts w:ascii="Arial" w:hAnsi="Arial" w:cs="Arial"/>
                <w:b/>
                <w:sz w:val="21"/>
                <w:szCs w:val="21"/>
              </w:rPr>
            </w:pPr>
          </w:p>
          <w:p w14:paraId="1AA691E7" w14:textId="77777777" w:rsidR="002D16CD" w:rsidRPr="000C30AF" w:rsidRDefault="002D16CD" w:rsidP="000A1BFC">
            <w:pPr>
              <w:pStyle w:val="TableParagraph"/>
              <w:ind w:left="103"/>
              <w:rPr>
                <w:rFonts w:ascii="Arial" w:hAnsi="Arial" w:cs="Arial"/>
                <w:b/>
                <w:sz w:val="21"/>
                <w:szCs w:val="21"/>
              </w:rPr>
            </w:pPr>
            <w:r w:rsidRPr="000C30AF">
              <w:rPr>
                <w:rFonts w:ascii="Arial" w:hAnsi="Arial" w:cs="Arial"/>
                <w:b/>
                <w:sz w:val="21"/>
                <w:szCs w:val="21"/>
              </w:rPr>
              <w:t>Date of Birth:</w:t>
            </w:r>
          </w:p>
        </w:tc>
        <w:tc>
          <w:tcPr>
            <w:tcW w:w="5214" w:type="dxa"/>
            <w:gridSpan w:val="2"/>
          </w:tcPr>
          <w:p w14:paraId="033803F1" w14:textId="77777777" w:rsidR="002D16CD" w:rsidRPr="000C30AF" w:rsidRDefault="002D16CD" w:rsidP="000A1BFC">
            <w:pPr>
              <w:pStyle w:val="TableParagraph"/>
              <w:spacing w:before="6"/>
              <w:rPr>
                <w:rFonts w:ascii="Arial" w:hAnsi="Arial" w:cs="Arial"/>
                <w:b/>
                <w:sz w:val="21"/>
                <w:szCs w:val="21"/>
              </w:rPr>
            </w:pPr>
          </w:p>
          <w:p w14:paraId="16FBF0CC" w14:textId="77777777" w:rsidR="002D16CD" w:rsidRPr="000C30AF" w:rsidRDefault="002D16CD" w:rsidP="000A1BFC">
            <w:pPr>
              <w:pStyle w:val="TableParagraph"/>
              <w:tabs>
                <w:tab w:val="left" w:pos="2141"/>
                <w:tab w:val="left" w:pos="3418"/>
              </w:tabs>
              <w:ind w:left="103"/>
              <w:rPr>
                <w:rFonts w:ascii="Arial" w:hAnsi="Arial" w:cs="Arial"/>
                <w:sz w:val="21"/>
                <w:szCs w:val="21"/>
              </w:rPr>
            </w:pPr>
            <w:r w:rsidRPr="000C30AF">
              <w:rPr>
                <w:rFonts w:ascii="Arial" w:hAnsi="Arial" w:cs="Arial"/>
                <w:b/>
                <w:sz w:val="21"/>
                <w:szCs w:val="21"/>
              </w:rPr>
              <w:t>Gender:</w:t>
            </w:r>
            <w:r w:rsidRPr="000C30AF">
              <w:rPr>
                <w:rFonts w:ascii="Arial" w:hAnsi="Arial" w:cs="Arial"/>
                <w:b/>
                <w:spacing w:val="66"/>
                <w:sz w:val="21"/>
                <w:szCs w:val="21"/>
              </w:rPr>
              <w:t xml:space="preserve"> </w:t>
            </w:r>
            <w:r w:rsidRPr="000C30AF">
              <w:rPr>
                <w:rFonts w:ascii="Arial" w:hAnsi="Arial" w:cs="Arial"/>
                <w:sz w:val="21"/>
                <w:szCs w:val="21"/>
              </w:rPr>
              <w:t>Male</w:t>
            </w:r>
            <w:r w:rsidRPr="000C30AF">
              <w:rPr>
                <w:rFonts w:ascii="Arial" w:hAnsi="Arial" w:cs="Arial"/>
                <w:spacing w:val="-3"/>
                <w:sz w:val="21"/>
                <w:szCs w:val="21"/>
              </w:rPr>
              <w:t xml:space="preserve"> </w:t>
            </w:r>
            <w:r w:rsidRPr="000C30AF">
              <w:rPr>
                <w:rFonts w:ascii="Segoe UI Symbol" w:hAnsi="Segoe UI Symbol" w:cs="Segoe UI Symbol"/>
                <w:sz w:val="21"/>
                <w:szCs w:val="21"/>
              </w:rPr>
              <w:t>☐</w:t>
            </w:r>
            <w:r w:rsidRPr="000C30AF">
              <w:rPr>
                <w:rFonts w:ascii="Arial" w:hAnsi="Arial" w:cs="Arial"/>
                <w:sz w:val="21"/>
                <w:szCs w:val="21"/>
              </w:rPr>
              <w:tab/>
              <w:t>Female</w:t>
            </w:r>
            <w:r w:rsidRPr="000C30AF">
              <w:rPr>
                <w:rFonts w:ascii="Arial" w:hAnsi="Arial" w:cs="Arial"/>
                <w:spacing w:val="68"/>
                <w:sz w:val="21"/>
                <w:szCs w:val="21"/>
              </w:rPr>
              <w:t xml:space="preserve"> </w:t>
            </w:r>
            <w:r w:rsidRPr="000C30AF">
              <w:rPr>
                <w:rFonts w:ascii="Segoe UI Symbol" w:hAnsi="Segoe UI Symbol" w:cs="Segoe UI Symbol"/>
                <w:sz w:val="21"/>
                <w:szCs w:val="21"/>
              </w:rPr>
              <w:t>☐</w:t>
            </w:r>
            <w:r w:rsidRPr="000C30AF">
              <w:rPr>
                <w:rFonts w:ascii="Arial" w:hAnsi="Arial" w:cs="Arial"/>
                <w:sz w:val="21"/>
                <w:szCs w:val="21"/>
              </w:rPr>
              <w:tab/>
              <w:t>Other</w:t>
            </w:r>
            <w:r w:rsidRPr="000C30AF">
              <w:rPr>
                <w:rFonts w:ascii="Arial" w:hAnsi="Arial" w:cs="Arial"/>
                <w:spacing w:val="66"/>
                <w:sz w:val="21"/>
                <w:szCs w:val="21"/>
              </w:rPr>
              <w:t xml:space="preserve"> </w:t>
            </w:r>
            <w:r w:rsidRPr="000C30AF">
              <w:rPr>
                <w:rFonts w:ascii="Segoe UI Symbol" w:hAnsi="Segoe UI Symbol" w:cs="Segoe UI Symbol"/>
                <w:sz w:val="21"/>
                <w:szCs w:val="21"/>
              </w:rPr>
              <w:t>☐</w:t>
            </w:r>
          </w:p>
        </w:tc>
      </w:tr>
      <w:tr w:rsidR="002D16CD" w:rsidRPr="000C30AF" w14:paraId="30AAF806" w14:textId="77777777" w:rsidTr="002D16CD">
        <w:trPr>
          <w:gridAfter w:val="1"/>
          <w:wAfter w:w="59" w:type="dxa"/>
          <w:trHeight w:hRule="exact" w:val="1977"/>
        </w:trPr>
        <w:tc>
          <w:tcPr>
            <w:tcW w:w="10366" w:type="dxa"/>
            <w:gridSpan w:val="2"/>
          </w:tcPr>
          <w:p w14:paraId="02526196" w14:textId="77777777" w:rsidR="002D16CD" w:rsidRPr="000C30AF" w:rsidRDefault="002D16CD" w:rsidP="000A1BFC">
            <w:pPr>
              <w:pStyle w:val="TableParagraph"/>
              <w:spacing w:before="12"/>
              <w:rPr>
                <w:rFonts w:ascii="Arial" w:hAnsi="Arial" w:cs="Arial"/>
                <w:b/>
                <w:sz w:val="21"/>
                <w:szCs w:val="21"/>
              </w:rPr>
            </w:pPr>
          </w:p>
          <w:p w14:paraId="4BA05588" w14:textId="77777777" w:rsidR="002D16CD" w:rsidRDefault="002D16CD" w:rsidP="000A1BFC">
            <w:pPr>
              <w:pStyle w:val="TableParagraph"/>
              <w:ind w:left="103"/>
              <w:rPr>
                <w:rFonts w:ascii="Arial" w:hAnsi="Arial" w:cs="Arial"/>
                <w:b/>
                <w:sz w:val="21"/>
                <w:szCs w:val="21"/>
              </w:rPr>
            </w:pPr>
            <w:r w:rsidRPr="000C30AF">
              <w:rPr>
                <w:rFonts w:ascii="Arial" w:hAnsi="Arial" w:cs="Arial"/>
                <w:b/>
                <w:sz w:val="21"/>
                <w:szCs w:val="21"/>
              </w:rPr>
              <w:t>Your current address:</w:t>
            </w:r>
          </w:p>
          <w:p w14:paraId="12712D53" w14:textId="77777777" w:rsidR="002D16CD" w:rsidRDefault="002D16CD" w:rsidP="000A1BFC">
            <w:pPr>
              <w:pStyle w:val="TableParagraph"/>
              <w:ind w:left="103"/>
              <w:rPr>
                <w:rFonts w:ascii="Arial" w:hAnsi="Arial" w:cs="Arial"/>
                <w:b/>
                <w:sz w:val="21"/>
                <w:szCs w:val="21"/>
              </w:rPr>
            </w:pPr>
          </w:p>
          <w:p w14:paraId="4CBE84F1" w14:textId="77777777" w:rsidR="002D16CD" w:rsidRDefault="002D16CD" w:rsidP="000A1BFC">
            <w:pPr>
              <w:pStyle w:val="TableParagraph"/>
              <w:ind w:left="103"/>
              <w:rPr>
                <w:rFonts w:ascii="Arial" w:hAnsi="Arial" w:cs="Arial"/>
                <w:b/>
                <w:sz w:val="21"/>
                <w:szCs w:val="21"/>
              </w:rPr>
            </w:pPr>
          </w:p>
          <w:p w14:paraId="25D58A49" w14:textId="77777777" w:rsidR="002D16CD" w:rsidRDefault="002D16CD" w:rsidP="000A1BFC">
            <w:pPr>
              <w:pStyle w:val="TableParagraph"/>
              <w:ind w:left="103"/>
              <w:rPr>
                <w:rFonts w:ascii="Arial" w:hAnsi="Arial" w:cs="Arial"/>
                <w:b/>
                <w:sz w:val="21"/>
                <w:szCs w:val="21"/>
              </w:rPr>
            </w:pPr>
          </w:p>
          <w:p w14:paraId="5794CD9E" w14:textId="77777777" w:rsidR="002D16CD" w:rsidRDefault="002D16CD" w:rsidP="000A1BFC">
            <w:pPr>
              <w:pStyle w:val="TableParagraph"/>
              <w:ind w:left="103"/>
              <w:rPr>
                <w:rFonts w:ascii="Arial" w:hAnsi="Arial" w:cs="Arial"/>
                <w:b/>
                <w:sz w:val="21"/>
                <w:szCs w:val="21"/>
              </w:rPr>
            </w:pPr>
          </w:p>
          <w:p w14:paraId="2D765BC2" w14:textId="46671377" w:rsidR="002D16CD" w:rsidRPr="000C30AF" w:rsidRDefault="002D16CD" w:rsidP="00613F78">
            <w:pPr>
              <w:pStyle w:val="TableParagraph"/>
              <w:tabs>
                <w:tab w:val="left" w:pos="1504"/>
              </w:tabs>
              <w:ind w:left="103"/>
              <w:rPr>
                <w:rFonts w:ascii="Arial" w:hAnsi="Arial" w:cs="Arial"/>
                <w:b/>
                <w:sz w:val="21"/>
                <w:szCs w:val="21"/>
              </w:rPr>
            </w:pPr>
            <w:r>
              <w:rPr>
                <w:rFonts w:ascii="Arial" w:hAnsi="Arial" w:cs="Arial"/>
                <w:b/>
                <w:sz w:val="21"/>
                <w:szCs w:val="21"/>
              </w:rPr>
              <w:t>Postcode:</w:t>
            </w:r>
            <w:r w:rsidR="00613F78">
              <w:rPr>
                <w:rFonts w:ascii="Arial" w:hAnsi="Arial" w:cs="Arial"/>
                <w:b/>
                <w:sz w:val="21"/>
                <w:szCs w:val="21"/>
              </w:rPr>
              <w:tab/>
            </w:r>
          </w:p>
        </w:tc>
      </w:tr>
      <w:tr w:rsidR="00613F78" w:rsidRPr="000C30AF" w14:paraId="52D903A6" w14:textId="77777777" w:rsidTr="00613F78">
        <w:trPr>
          <w:gridAfter w:val="1"/>
          <w:wAfter w:w="59" w:type="dxa"/>
          <w:trHeight w:hRule="exact" w:val="1140"/>
        </w:trPr>
        <w:tc>
          <w:tcPr>
            <w:tcW w:w="10366" w:type="dxa"/>
            <w:gridSpan w:val="2"/>
          </w:tcPr>
          <w:p w14:paraId="3D303108" w14:textId="27E76809" w:rsidR="00613F78" w:rsidRPr="000C30AF" w:rsidRDefault="00613F78" w:rsidP="00613F78">
            <w:pPr>
              <w:ind w:left="107"/>
              <w:rPr>
                <w:rFonts w:cs="Arial"/>
                <w:b/>
                <w:sz w:val="21"/>
                <w:szCs w:val="21"/>
              </w:rPr>
            </w:pPr>
            <w:r w:rsidRPr="000C30AF">
              <w:rPr>
                <w:rFonts w:cs="Arial"/>
                <w:b/>
                <w:sz w:val="21"/>
                <w:szCs w:val="21"/>
              </w:rPr>
              <w:t>Email Address: (This should be an email you check regularly as we will use it to contact you about your bursary. The email address can belong to either you or a nominated parent/carer)</w:t>
            </w:r>
            <w:r>
              <w:rPr>
                <w:rFonts w:cs="Arial"/>
                <w:b/>
                <w:sz w:val="21"/>
                <w:szCs w:val="21"/>
              </w:rPr>
              <w:t>:</w:t>
            </w:r>
          </w:p>
          <w:p w14:paraId="0DA01F2F" w14:textId="77777777" w:rsidR="00613F78" w:rsidRPr="000C30AF" w:rsidRDefault="00613F78" w:rsidP="000A1BFC">
            <w:pPr>
              <w:pStyle w:val="TableParagraph"/>
              <w:spacing w:before="12"/>
              <w:rPr>
                <w:rFonts w:ascii="Arial" w:hAnsi="Arial" w:cs="Arial"/>
                <w:b/>
                <w:sz w:val="21"/>
                <w:szCs w:val="21"/>
              </w:rPr>
            </w:pPr>
          </w:p>
        </w:tc>
      </w:tr>
      <w:tr w:rsidR="00613F78" w:rsidRPr="000C30AF" w14:paraId="243CFF12" w14:textId="77777777" w:rsidTr="00613F78">
        <w:trPr>
          <w:gridAfter w:val="1"/>
          <w:wAfter w:w="59" w:type="dxa"/>
          <w:trHeight w:hRule="exact" w:val="575"/>
        </w:trPr>
        <w:tc>
          <w:tcPr>
            <w:tcW w:w="10366" w:type="dxa"/>
            <w:gridSpan w:val="2"/>
          </w:tcPr>
          <w:p w14:paraId="4D4D297A" w14:textId="7A4BBFE1" w:rsidR="00613F78" w:rsidRPr="000C30AF" w:rsidRDefault="00613F78" w:rsidP="00613F78">
            <w:pPr>
              <w:ind w:left="107"/>
              <w:rPr>
                <w:rFonts w:cs="Arial"/>
                <w:b/>
                <w:sz w:val="21"/>
                <w:szCs w:val="21"/>
              </w:rPr>
            </w:pPr>
            <w:r>
              <w:rPr>
                <w:rFonts w:cs="Arial"/>
                <w:b/>
                <w:sz w:val="21"/>
                <w:szCs w:val="21"/>
              </w:rPr>
              <w:t xml:space="preserve">Telephone Number: </w:t>
            </w:r>
          </w:p>
        </w:tc>
      </w:tr>
      <w:tr w:rsidR="002D16CD" w14:paraId="5F95C156" w14:textId="77777777" w:rsidTr="00613F78">
        <w:trPr>
          <w:gridAfter w:val="1"/>
          <w:wAfter w:w="59" w:type="dxa"/>
          <w:trHeight w:hRule="exact" w:val="3390"/>
        </w:trPr>
        <w:tc>
          <w:tcPr>
            <w:tcW w:w="10366" w:type="dxa"/>
            <w:gridSpan w:val="2"/>
          </w:tcPr>
          <w:p w14:paraId="29F9C0CB" w14:textId="77777777" w:rsidR="002D16CD" w:rsidRDefault="002D16CD" w:rsidP="000A1BFC">
            <w:pPr>
              <w:pStyle w:val="TableParagraph"/>
              <w:spacing w:before="2"/>
              <w:rPr>
                <w:b/>
                <w:sz w:val="20"/>
              </w:rPr>
            </w:pPr>
          </w:p>
          <w:p w14:paraId="6D65F194" w14:textId="747EC8C3" w:rsidR="002D16CD" w:rsidRPr="000C30AF" w:rsidRDefault="002D16CD" w:rsidP="000A1BFC">
            <w:pPr>
              <w:pStyle w:val="TableParagraph"/>
              <w:ind w:left="103"/>
              <w:rPr>
                <w:rFonts w:ascii="Arial" w:hAnsi="Arial" w:cs="Arial"/>
                <w:b/>
                <w:sz w:val="21"/>
                <w:szCs w:val="21"/>
              </w:rPr>
            </w:pPr>
            <w:r w:rsidRPr="000C30AF">
              <w:rPr>
                <w:rFonts w:ascii="Arial" w:hAnsi="Arial" w:cs="Arial"/>
                <w:b/>
                <w:sz w:val="21"/>
                <w:szCs w:val="21"/>
              </w:rPr>
              <w:t>Your parent(s) / carer(s) name(s):</w:t>
            </w:r>
          </w:p>
          <w:p w14:paraId="7AF19FB1" w14:textId="77777777" w:rsidR="002D16CD" w:rsidRDefault="002D16CD" w:rsidP="000A1BFC">
            <w:pPr>
              <w:pStyle w:val="TableParagraph"/>
              <w:ind w:left="103"/>
              <w:rPr>
                <w:b/>
                <w:sz w:val="20"/>
              </w:rPr>
            </w:pPr>
          </w:p>
          <w:p w14:paraId="38E899C4" w14:textId="77777777" w:rsidR="002D16CD" w:rsidRDefault="002D16CD" w:rsidP="000A1BFC">
            <w:pPr>
              <w:pStyle w:val="TableParagraph"/>
              <w:ind w:left="103"/>
              <w:rPr>
                <w:b/>
                <w:sz w:val="20"/>
              </w:rPr>
            </w:pPr>
          </w:p>
          <w:p w14:paraId="4A9BC2BF" w14:textId="77777777" w:rsidR="00613F78" w:rsidRDefault="00613F78" w:rsidP="000A1BFC">
            <w:pPr>
              <w:pStyle w:val="TableParagraph"/>
              <w:ind w:left="103"/>
              <w:rPr>
                <w:b/>
                <w:sz w:val="20"/>
              </w:rPr>
            </w:pPr>
          </w:p>
          <w:p w14:paraId="548B0655" w14:textId="3230EAA0" w:rsidR="00613F78" w:rsidRPr="000C30AF" w:rsidRDefault="00613F78" w:rsidP="00613F78">
            <w:pPr>
              <w:pStyle w:val="TableParagraph"/>
              <w:ind w:left="103"/>
              <w:rPr>
                <w:rFonts w:ascii="Arial" w:hAnsi="Arial" w:cs="Arial"/>
                <w:b/>
                <w:sz w:val="21"/>
                <w:szCs w:val="21"/>
              </w:rPr>
            </w:pPr>
            <w:r w:rsidRPr="000C30AF">
              <w:rPr>
                <w:rFonts w:ascii="Arial" w:hAnsi="Arial" w:cs="Arial"/>
                <w:b/>
                <w:sz w:val="21"/>
                <w:szCs w:val="21"/>
              </w:rPr>
              <w:t>Your parent(s) / carer(s) address(es)</w:t>
            </w:r>
            <w:r>
              <w:rPr>
                <w:rFonts w:ascii="Arial" w:hAnsi="Arial" w:cs="Arial"/>
                <w:b/>
                <w:sz w:val="21"/>
                <w:szCs w:val="21"/>
              </w:rPr>
              <w:t>, if different from above</w:t>
            </w:r>
            <w:r w:rsidRPr="000C30AF">
              <w:rPr>
                <w:rFonts w:ascii="Arial" w:hAnsi="Arial" w:cs="Arial"/>
                <w:b/>
                <w:sz w:val="21"/>
                <w:szCs w:val="21"/>
              </w:rPr>
              <w:t>:</w:t>
            </w:r>
          </w:p>
          <w:p w14:paraId="07DDAFA0" w14:textId="77777777" w:rsidR="00613F78" w:rsidRDefault="00613F78" w:rsidP="000A1BFC">
            <w:pPr>
              <w:pStyle w:val="TableParagraph"/>
              <w:ind w:left="103"/>
              <w:rPr>
                <w:b/>
                <w:sz w:val="20"/>
              </w:rPr>
            </w:pPr>
          </w:p>
          <w:p w14:paraId="510749E2" w14:textId="77777777" w:rsidR="00613F78" w:rsidRDefault="00613F78" w:rsidP="000A1BFC">
            <w:pPr>
              <w:pStyle w:val="TableParagraph"/>
              <w:ind w:left="103"/>
              <w:rPr>
                <w:b/>
                <w:sz w:val="20"/>
              </w:rPr>
            </w:pPr>
          </w:p>
          <w:p w14:paraId="640177EA" w14:textId="77777777" w:rsidR="00613F78" w:rsidRDefault="00613F78" w:rsidP="000A1BFC">
            <w:pPr>
              <w:pStyle w:val="TableParagraph"/>
              <w:ind w:left="103"/>
              <w:rPr>
                <w:b/>
                <w:sz w:val="20"/>
              </w:rPr>
            </w:pPr>
          </w:p>
          <w:p w14:paraId="7F213BA9" w14:textId="77777777" w:rsidR="00613F78" w:rsidRDefault="00613F78" w:rsidP="000A1BFC">
            <w:pPr>
              <w:pStyle w:val="TableParagraph"/>
              <w:ind w:left="103"/>
              <w:rPr>
                <w:b/>
                <w:sz w:val="20"/>
              </w:rPr>
            </w:pPr>
          </w:p>
          <w:p w14:paraId="75066CBC" w14:textId="77777777" w:rsidR="00613F78" w:rsidRDefault="00613F78" w:rsidP="000A1BFC">
            <w:pPr>
              <w:pStyle w:val="TableParagraph"/>
              <w:ind w:left="103"/>
              <w:rPr>
                <w:rFonts w:ascii="Arial" w:hAnsi="Arial" w:cs="Arial"/>
                <w:b/>
                <w:sz w:val="21"/>
                <w:szCs w:val="21"/>
              </w:rPr>
            </w:pPr>
          </w:p>
          <w:p w14:paraId="0492B595" w14:textId="5E4415D5" w:rsidR="00613F78" w:rsidRDefault="00613F78" w:rsidP="000A1BFC">
            <w:pPr>
              <w:pStyle w:val="TableParagraph"/>
              <w:ind w:left="103"/>
              <w:rPr>
                <w:rFonts w:ascii="Arial" w:hAnsi="Arial" w:cs="Arial"/>
                <w:b/>
                <w:sz w:val="21"/>
                <w:szCs w:val="21"/>
              </w:rPr>
            </w:pPr>
            <w:r w:rsidRPr="000C30AF">
              <w:rPr>
                <w:rFonts w:ascii="Arial" w:hAnsi="Arial" w:cs="Arial"/>
                <w:b/>
                <w:sz w:val="21"/>
                <w:szCs w:val="21"/>
              </w:rPr>
              <w:t xml:space="preserve">Your parent(s) / carer(s) </w:t>
            </w:r>
            <w:r>
              <w:rPr>
                <w:rFonts w:ascii="Arial" w:hAnsi="Arial" w:cs="Arial"/>
                <w:b/>
                <w:sz w:val="21"/>
                <w:szCs w:val="21"/>
              </w:rPr>
              <w:t>email / telephone number:</w:t>
            </w:r>
          </w:p>
          <w:p w14:paraId="24EED2A5" w14:textId="77777777" w:rsidR="00613F78" w:rsidRDefault="00613F78" w:rsidP="000A1BFC">
            <w:pPr>
              <w:pStyle w:val="TableParagraph"/>
              <w:ind w:left="103"/>
              <w:rPr>
                <w:b/>
                <w:sz w:val="20"/>
              </w:rPr>
            </w:pPr>
          </w:p>
          <w:p w14:paraId="18ECF42F" w14:textId="77777777" w:rsidR="00613F78" w:rsidRDefault="00613F78" w:rsidP="000A1BFC">
            <w:pPr>
              <w:pStyle w:val="TableParagraph"/>
              <w:ind w:left="103"/>
              <w:rPr>
                <w:b/>
                <w:sz w:val="20"/>
              </w:rPr>
            </w:pPr>
          </w:p>
          <w:p w14:paraId="22883CEB" w14:textId="77777777" w:rsidR="00613F78" w:rsidRDefault="00613F78" w:rsidP="000A1BFC">
            <w:pPr>
              <w:pStyle w:val="TableParagraph"/>
              <w:ind w:left="103"/>
              <w:rPr>
                <w:b/>
                <w:sz w:val="20"/>
              </w:rPr>
            </w:pPr>
          </w:p>
        </w:tc>
      </w:tr>
    </w:tbl>
    <w:p w14:paraId="6DFB7D86" w14:textId="64FC06CF" w:rsidR="00A976AC" w:rsidRDefault="00A976AC"/>
    <w:p w14:paraId="640B64B4" w14:textId="77777777" w:rsidR="00A976AC" w:rsidRDefault="00F007BD">
      <w:r>
        <w:rPr>
          <w:b/>
          <w:sz w:val="22"/>
        </w:rPr>
        <w:t>SECTION 2: ELIGIBILITY AND RESIDENCY</w:t>
      </w:r>
    </w:p>
    <w:p w14:paraId="2423444E" w14:textId="77777777" w:rsidR="00A976AC" w:rsidRDefault="00F007BD">
      <w:r>
        <w:t>Residency eligibility will be assessed in line with DfE funding rules. Please tick the statement(s) that apply and provide evidence if requested:</w:t>
      </w:r>
    </w:p>
    <w:p w14:paraId="780021ED" w14:textId="77777777" w:rsidR="00A976AC" w:rsidRDefault="00F007BD">
      <w:r>
        <w:t>☐ I am aged 16 or over and under 19 on 31 August 2026.</w:t>
      </w:r>
    </w:p>
    <w:p w14:paraId="382266C7" w14:textId="77777777" w:rsidR="00A976AC" w:rsidRDefault="00F007BD">
      <w:r>
        <w:t>☐ I am aged 19 or over on 31 August 2026 and I have an Education, Health and Care Plan (EHCP).</w:t>
      </w:r>
    </w:p>
    <w:p w14:paraId="1ACDA681" w14:textId="77777777" w:rsidR="00A976AC" w:rsidRDefault="00F007BD">
      <w:r>
        <w:t>☐ I am aged 19 or over on 31 August 2026 and I am a 19+ continuer on the same eligible study programme.</w:t>
      </w:r>
    </w:p>
    <w:p w14:paraId="71146C36" w14:textId="77777777" w:rsidR="00A976AC" w:rsidRDefault="00F007BD">
      <w:r>
        <w:t>☐ I meet the relevant residency/immigration eligibility requirements for 16–19 funding.</w:t>
      </w:r>
    </w:p>
    <w:p w14:paraId="15DBA9C5" w14:textId="77777777" w:rsidR="00613F78" w:rsidRDefault="00F007BD">
      <w:r>
        <w:t xml:space="preserve">If there is anything else you want us to know about your residency/immigration status, please provide details: </w:t>
      </w:r>
    </w:p>
    <w:p w14:paraId="7B93D54A" w14:textId="77777777" w:rsidR="00613F78" w:rsidRDefault="00613F78"/>
    <w:p w14:paraId="37885924" w14:textId="3EB378BE" w:rsidR="00A976AC" w:rsidRDefault="00F007BD">
      <w:r>
        <w:t>______________________________________</w:t>
      </w:r>
      <w:r w:rsidR="00613F78">
        <w:t>_______________________________________________</w:t>
      </w:r>
      <w:r>
        <w:t>__</w:t>
      </w:r>
    </w:p>
    <w:p w14:paraId="04D087EF" w14:textId="77777777" w:rsidR="00A976AC" w:rsidRDefault="00F007BD">
      <w:r>
        <w:rPr>
          <w:b/>
          <w:sz w:val="22"/>
        </w:rPr>
        <w:lastRenderedPageBreak/>
        <w:t>SECTION 3: STUDY PROGRAMME DETAILS</w:t>
      </w:r>
    </w:p>
    <w:tbl>
      <w:tblPr>
        <w:tblStyle w:val="TableGrid"/>
        <w:tblW w:w="0" w:type="auto"/>
        <w:tblLook w:val="04A0" w:firstRow="1" w:lastRow="0" w:firstColumn="1" w:lastColumn="0" w:noHBand="0" w:noVBand="1"/>
      </w:tblPr>
      <w:tblGrid>
        <w:gridCol w:w="9606"/>
      </w:tblGrid>
      <w:tr w:rsidR="00613F78" w14:paraId="7C0267C0" w14:textId="77777777" w:rsidTr="00613F78">
        <w:tc>
          <w:tcPr>
            <w:tcW w:w="9606" w:type="dxa"/>
          </w:tcPr>
          <w:p w14:paraId="0332F280" w14:textId="77777777" w:rsidR="00613F78" w:rsidRPr="00613F78" w:rsidRDefault="00613F78">
            <w:pPr>
              <w:rPr>
                <w:b/>
                <w:bCs/>
              </w:rPr>
            </w:pPr>
            <w:r w:rsidRPr="00613F78">
              <w:rPr>
                <w:b/>
                <w:bCs/>
              </w:rPr>
              <w:t>Course / study programme title:</w:t>
            </w:r>
          </w:p>
          <w:p w14:paraId="5FA8DE0D" w14:textId="77777777" w:rsidR="00613F78" w:rsidRDefault="00613F78"/>
          <w:p w14:paraId="639561BC" w14:textId="77777777" w:rsidR="00613F78" w:rsidRDefault="00613F78"/>
          <w:p w14:paraId="0ADC6851" w14:textId="210DFA4F" w:rsidR="00613F78" w:rsidRDefault="00613F78"/>
        </w:tc>
      </w:tr>
      <w:tr w:rsidR="00613F78" w14:paraId="1618FEC7" w14:textId="77777777" w:rsidTr="00613F78">
        <w:tc>
          <w:tcPr>
            <w:tcW w:w="9606" w:type="dxa"/>
          </w:tcPr>
          <w:p w14:paraId="6A7AF994" w14:textId="77777777" w:rsidR="00613F78" w:rsidRDefault="00613F78">
            <w:pPr>
              <w:rPr>
                <w:b/>
                <w:bCs/>
              </w:rPr>
            </w:pPr>
            <w:r w:rsidRPr="00613F78">
              <w:rPr>
                <w:b/>
                <w:bCs/>
              </w:rPr>
              <w:t>Main campus / delivery site:</w:t>
            </w:r>
          </w:p>
          <w:p w14:paraId="5666AB2D" w14:textId="77777777" w:rsidR="00613F78" w:rsidRDefault="00613F78">
            <w:pPr>
              <w:rPr>
                <w:b/>
                <w:bCs/>
              </w:rPr>
            </w:pPr>
          </w:p>
          <w:p w14:paraId="6C07B63E" w14:textId="77777777" w:rsidR="00613F78" w:rsidRDefault="00613F78">
            <w:pPr>
              <w:rPr>
                <w:b/>
                <w:bCs/>
              </w:rPr>
            </w:pPr>
          </w:p>
          <w:p w14:paraId="03531D8D" w14:textId="57EDAC64" w:rsidR="00613F78" w:rsidRPr="00613F78" w:rsidRDefault="00613F78">
            <w:pPr>
              <w:rPr>
                <w:b/>
                <w:bCs/>
              </w:rPr>
            </w:pPr>
          </w:p>
        </w:tc>
      </w:tr>
      <w:tr w:rsidR="00613F78" w14:paraId="4226C290" w14:textId="77777777" w:rsidTr="00613F78">
        <w:tc>
          <w:tcPr>
            <w:tcW w:w="9606" w:type="dxa"/>
          </w:tcPr>
          <w:p w14:paraId="1D06123B" w14:textId="77777777" w:rsidR="00613F78" w:rsidRDefault="00613F78">
            <w:pPr>
              <w:rPr>
                <w:b/>
                <w:bCs/>
              </w:rPr>
            </w:pPr>
            <w:r w:rsidRPr="00613F78">
              <w:rPr>
                <w:b/>
                <w:bCs/>
              </w:rPr>
              <w:t>Planned start date:</w:t>
            </w:r>
          </w:p>
          <w:p w14:paraId="59A0C864" w14:textId="77777777" w:rsidR="00613F78" w:rsidRDefault="00613F78">
            <w:pPr>
              <w:rPr>
                <w:b/>
                <w:bCs/>
              </w:rPr>
            </w:pPr>
          </w:p>
          <w:p w14:paraId="09E6B028" w14:textId="77777777" w:rsidR="00613F78" w:rsidRDefault="00613F78">
            <w:pPr>
              <w:rPr>
                <w:b/>
                <w:bCs/>
              </w:rPr>
            </w:pPr>
          </w:p>
          <w:p w14:paraId="57F2C2DA" w14:textId="32B2E092" w:rsidR="00613F78" w:rsidRPr="00613F78" w:rsidRDefault="00613F78">
            <w:pPr>
              <w:rPr>
                <w:b/>
                <w:bCs/>
              </w:rPr>
            </w:pPr>
          </w:p>
        </w:tc>
      </w:tr>
      <w:tr w:rsidR="00613F78" w14:paraId="74242C84" w14:textId="77777777" w:rsidTr="00613F78">
        <w:tc>
          <w:tcPr>
            <w:tcW w:w="9606" w:type="dxa"/>
          </w:tcPr>
          <w:p w14:paraId="6E2FDA09" w14:textId="77777777" w:rsidR="00613F78" w:rsidRDefault="00613F78">
            <w:pPr>
              <w:rPr>
                <w:b/>
                <w:bCs/>
              </w:rPr>
            </w:pPr>
            <w:r w:rsidRPr="00613F78">
              <w:rPr>
                <w:b/>
                <w:bCs/>
              </w:rPr>
              <w:t>Planned end date:</w:t>
            </w:r>
          </w:p>
          <w:p w14:paraId="0A9CFA56" w14:textId="77777777" w:rsidR="00613F78" w:rsidRDefault="00613F78">
            <w:pPr>
              <w:rPr>
                <w:b/>
                <w:bCs/>
              </w:rPr>
            </w:pPr>
          </w:p>
          <w:p w14:paraId="1BB60B06" w14:textId="77777777" w:rsidR="00613F78" w:rsidRDefault="00613F78">
            <w:pPr>
              <w:rPr>
                <w:b/>
                <w:bCs/>
              </w:rPr>
            </w:pPr>
          </w:p>
          <w:p w14:paraId="6402D651" w14:textId="2F7232A6" w:rsidR="00613F78" w:rsidRPr="00613F78" w:rsidRDefault="00613F78">
            <w:pPr>
              <w:rPr>
                <w:b/>
                <w:bCs/>
              </w:rPr>
            </w:pPr>
          </w:p>
        </w:tc>
      </w:tr>
      <w:tr w:rsidR="00613F78" w14:paraId="78FF111E" w14:textId="77777777" w:rsidTr="00613F78">
        <w:tc>
          <w:tcPr>
            <w:tcW w:w="9606" w:type="dxa"/>
          </w:tcPr>
          <w:p w14:paraId="73121F45" w14:textId="77777777" w:rsidR="00613F78" w:rsidRDefault="00613F78">
            <w:pPr>
              <w:rPr>
                <w:b/>
                <w:bCs/>
              </w:rPr>
            </w:pPr>
            <w:r w:rsidRPr="00613F78">
              <w:rPr>
                <w:b/>
                <w:bCs/>
              </w:rPr>
              <w:t>Tutor / course manager (if known):</w:t>
            </w:r>
          </w:p>
          <w:p w14:paraId="43B32529" w14:textId="77777777" w:rsidR="00613F78" w:rsidRDefault="00613F78">
            <w:pPr>
              <w:rPr>
                <w:b/>
                <w:bCs/>
              </w:rPr>
            </w:pPr>
          </w:p>
          <w:p w14:paraId="5380982E" w14:textId="77777777" w:rsidR="00613F78" w:rsidRDefault="00613F78">
            <w:pPr>
              <w:rPr>
                <w:b/>
                <w:bCs/>
              </w:rPr>
            </w:pPr>
          </w:p>
          <w:p w14:paraId="2ACCAC1B" w14:textId="6296ABD9" w:rsidR="00613F78" w:rsidRPr="00613F78" w:rsidRDefault="00613F78">
            <w:pPr>
              <w:rPr>
                <w:b/>
                <w:bCs/>
              </w:rPr>
            </w:pPr>
          </w:p>
        </w:tc>
      </w:tr>
    </w:tbl>
    <w:p w14:paraId="4660809E" w14:textId="77777777" w:rsidR="00613F78" w:rsidRDefault="00613F78"/>
    <w:p w14:paraId="1AE7F9ED" w14:textId="4AA566AB" w:rsidR="00A976AC" w:rsidRDefault="00F007BD">
      <w:r>
        <w:rPr>
          <w:b/>
          <w:sz w:val="22"/>
        </w:rPr>
        <w:t>SECTION 4: BURSARY CATEGORY APPLIED FOR</w:t>
      </w:r>
    </w:p>
    <w:p w14:paraId="506BC0A7" w14:textId="77777777" w:rsidR="00A976AC" w:rsidRDefault="00F007BD">
      <w:r>
        <w:t>Please tick all that you wish to be considered for. If you are unsure, MITSkills will assess the information you provide and identify the relevant category.</w:t>
      </w:r>
    </w:p>
    <w:p w14:paraId="50CAB26A" w14:textId="77777777" w:rsidR="00A976AC" w:rsidRDefault="00F007BD">
      <w:r>
        <w:t>☐ Defined vulnerable group bursary</w:t>
      </w:r>
    </w:p>
    <w:p w14:paraId="0B2B6DFE" w14:textId="77777777" w:rsidR="00A976AC" w:rsidRDefault="00F007BD">
      <w:r>
        <w:t>☐ Discretionary bursary</w:t>
      </w:r>
    </w:p>
    <w:p w14:paraId="1C2768D1" w14:textId="77777777" w:rsidR="00A976AC" w:rsidRDefault="00F007BD">
      <w:r>
        <w:t>☐ Free College Meals only</w:t>
      </w:r>
    </w:p>
    <w:p w14:paraId="2EECCE9A" w14:textId="77777777" w:rsidR="00A976AC" w:rsidRDefault="00F007BD">
      <w:r>
        <w:t>☐ Discretionary bursary and Free College Meals</w:t>
      </w:r>
    </w:p>
    <w:p w14:paraId="393EF038" w14:textId="77777777" w:rsidR="00646F51" w:rsidRDefault="00646F51">
      <w:pPr>
        <w:rPr>
          <w:b/>
          <w:sz w:val="22"/>
        </w:rPr>
      </w:pPr>
    </w:p>
    <w:p w14:paraId="4DBEB805" w14:textId="45F092DD" w:rsidR="00A976AC" w:rsidRDefault="00F007BD">
      <w:r>
        <w:rPr>
          <w:b/>
          <w:sz w:val="22"/>
        </w:rPr>
        <w:t>SECTION 5: DEFINED VULNERABLE GROUP BURSARY</w:t>
      </w:r>
    </w:p>
    <w:p w14:paraId="28A67BFF" w14:textId="77777777" w:rsidR="00A976AC" w:rsidRDefault="00F007BD">
      <w:r>
        <w:t>A student may be considered for a defined vulnerable group bursary if one of the following applies. Please tick only where the statement is true and provide supporting evidence.</w:t>
      </w:r>
    </w:p>
    <w:p w14:paraId="15EFB9DC" w14:textId="77777777" w:rsidR="00A976AC" w:rsidRDefault="00F007BD">
      <w:r>
        <w:t>☐ I am currently in care (looked after by a local authority).</w:t>
      </w:r>
    </w:p>
    <w:p w14:paraId="28B9E6B1" w14:textId="77777777" w:rsidR="00A976AC" w:rsidRDefault="00F007BD">
      <w:r>
        <w:t>☐ I am a care leaver.</w:t>
      </w:r>
    </w:p>
    <w:p w14:paraId="7ED3EFDC" w14:textId="77777777" w:rsidR="00A976AC" w:rsidRDefault="00F007BD">
      <w:r>
        <w:t>☐ I receive Income Support or Universal Credit in my own name because I am financially supporting myself, or financially supporting myself and another person who is dependent on me and living with me.</w:t>
      </w:r>
    </w:p>
    <w:p w14:paraId="23A5C9C7" w14:textId="77777777" w:rsidR="00A976AC" w:rsidRDefault="00F007BD">
      <w:r>
        <w:t>☐ I receive Disability Living Allowance (DLA) or Personal Independence Payment (PIP) in my own name, and I also receive Employment and Support Allowance (ESA) or Universal Credit in my own name.</w:t>
      </w:r>
    </w:p>
    <w:p w14:paraId="64E03C45" w14:textId="77777777" w:rsidR="00DB4AC6" w:rsidRDefault="00DB4AC6"/>
    <w:p w14:paraId="2A3A9EB4" w14:textId="741BAD9C" w:rsidR="00A976AC" w:rsidRPr="00DB4AC6" w:rsidRDefault="00F007BD">
      <w:pPr>
        <w:rPr>
          <w:b/>
          <w:bCs/>
        </w:rPr>
      </w:pPr>
      <w:r w:rsidRPr="00DB4AC6">
        <w:rPr>
          <w:b/>
          <w:bCs/>
        </w:rPr>
        <w:lastRenderedPageBreak/>
        <w:t>Supporting evidence provided (tick as applicable):</w:t>
      </w:r>
    </w:p>
    <w:p w14:paraId="25E716D7" w14:textId="77777777" w:rsidR="00A976AC" w:rsidRDefault="00F007BD">
      <w:r>
        <w:t>☐ Letter from local authority / social worker confirming in care or care leaver status</w:t>
      </w:r>
    </w:p>
    <w:p w14:paraId="2D63F978" w14:textId="77777777" w:rsidR="00A976AC" w:rsidRDefault="00F007BD">
      <w:r>
        <w:t>☐ Benefit award notice in the student’s own name</w:t>
      </w:r>
    </w:p>
    <w:p w14:paraId="6F662F62" w14:textId="77777777" w:rsidR="00A976AC" w:rsidRDefault="00F007BD">
      <w:r>
        <w:t>☐ Other supporting evidence requested by MITSkills</w:t>
      </w:r>
    </w:p>
    <w:p w14:paraId="3E34A4AF" w14:textId="77777777" w:rsidR="00A976AC" w:rsidRDefault="00F007BD">
      <w:r>
        <w:t>If you have applied for a defined vulnerable group bursary, please still complete Sections 8 and 9 so we can assess your actual participation costs and how support should be provided.</w:t>
      </w:r>
    </w:p>
    <w:p w14:paraId="049E9E93" w14:textId="77777777" w:rsidR="00A976AC" w:rsidRDefault="00F007BD">
      <w:r>
        <w:rPr>
          <w:b/>
          <w:sz w:val="22"/>
        </w:rPr>
        <w:t>SECTION 6: DISCRETIONARY BURSARY – HOUSEHOLD INCOME AND CIRCUMSTANCES</w:t>
      </w:r>
    </w:p>
    <w:p w14:paraId="54362E70" w14:textId="77777777" w:rsidR="00A976AC" w:rsidRDefault="00F007BD">
      <w:r>
        <w:t>Discretionary bursary awards are assessed under the MITSkills 16–19 Bursary Fund Policy 2026/27. Meeting a priority group or income criterion does not guarantee an award. Decisions are based on evidence of household circumstances, individual financial need and actual essential participation costs.</w:t>
      </w:r>
    </w:p>
    <w:tbl>
      <w:tblPr>
        <w:tblStyle w:val="TableGrid"/>
        <w:tblW w:w="0" w:type="auto"/>
        <w:tblLook w:val="04A0" w:firstRow="1" w:lastRow="0" w:firstColumn="1" w:lastColumn="0" w:noHBand="0" w:noVBand="1"/>
      </w:tblPr>
      <w:tblGrid>
        <w:gridCol w:w="10190"/>
      </w:tblGrid>
      <w:tr w:rsidR="00DB4AC6" w14:paraId="13F7DC92" w14:textId="77777777" w:rsidTr="00797690">
        <w:trPr>
          <w:trHeight w:val="475"/>
        </w:trPr>
        <w:tc>
          <w:tcPr>
            <w:tcW w:w="10416" w:type="dxa"/>
          </w:tcPr>
          <w:p w14:paraId="1CFD396E" w14:textId="77777777" w:rsidR="00DB4AC6" w:rsidRDefault="00DB4AC6">
            <w:pPr>
              <w:rPr>
                <w:b/>
                <w:bCs/>
              </w:rPr>
            </w:pPr>
            <w:r w:rsidRPr="00DB4AC6">
              <w:rPr>
                <w:b/>
                <w:bCs/>
              </w:rPr>
              <w:t>Who do you normally live with?</w:t>
            </w:r>
          </w:p>
          <w:p w14:paraId="2BEF3CAF" w14:textId="4BFFDD51" w:rsidR="00DB4AC6" w:rsidRPr="00DB4AC6" w:rsidRDefault="00DB4AC6">
            <w:pPr>
              <w:rPr>
                <w:b/>
                <w:bCs/>
              </w:rPr>
            </w:pPr>
          </w:p>
        </w:tc>
      </w:tr>
      <w:tr w:rsidR="00DB4AC6" w14:paraId="67068141" w14:textId="77777777" w:rsidTr="00DB4AC6">
        <w:tc>
          <w:tcPr>
            <w:tcW w:w="10416" w:type="dxa"/>
          </w:tcPr>
          <w:p w14:paraId="2DF32512" w14:textId="77777777" w:rsidR="00DB4AC6" w:rsidRDefault="00DB4AC6">
            <w:pPr>
              <w:rPr>
                <w:b/>
                <w:bCs/>
              </w:rPr>
            </w:pPr>
            <w:r w:rsidRPr="00DB4AC6">
              <w:rPr>
                <w:b/>
                <w:bCs/>
              </w:rPr>
              <w:t>Number of dependent children in household (if applicable):</w:t>
            </w:r>
          </w:p>
          <w:p w14:paraId="26D57C19" w14:textId="31E703EF" w:rsidR="00DB4AC6" w:rsidRPr="00DB4AC6" w:rsidRDefault="00DB4AC6">
            <w:pPr>
              <w:rPr>
                <w:b/>
                <w:bCs/>
              </w:rPr>
            </w:pPr>
          </w:p>
        </w:tc>
      </w:tr>
      <w:tr w:rsidR="00DB4AC6" w14:paraId="3EF56237" w14:textId="77777777" w:rsidTr="00DB4AC6">
        <w:tc>
          <w:tcPr>
            <w:tcW w:w="10416" w:type="dxa"/>
          </w:tcPr>
          <w:p w14:paraId="7BD0E76E" w14:textId="77777777" w:rsidR="00DB4AC6" w:rsidRDefault="00DB4AC6">
            <w:pPr>
              <w:rPr>
                <w:b/>
                <w:bCs/>
              </w:rPr>
            </w:pPr>
            <w:r w:rsidRPr="00DB4AC6">
              <w:rPr>
                <w:b/>
                <w:bCs/>
              </w:rPr>
              <w:t>Gross annual household income (£):</w:t>
            </w:r>
          </w:p>
          <w:p w14:paraId="7F9980F6" w14:textId="123A3BD8" w:rsidR="00DB4AC6" w:rsidRPr="00DB4AC6" w:rsidRDefault="00DB4AC6">
            <w:pPr>
              <w:rPr>
                <w:b/>
                <w:bCs/>
              </w:rPr>
            </w:pPr>
          </w:p>
        </w:tc>
      </w:tr>
    </w:tbl>
    <w:p w14:paraId="1810D719" w14:textId="77777777" w:rsidR="00797690" w:rsidRDefault="00797690">
      <w:pPr>
        <w:rPr>
          <w:b/>
          <w:bCs/>
        </w:rPr>
      </w:pPr>
    </w:p>
    <w:p w14:paraId="7C17F32D" w14:textId="6C692081" w:rsidR="00A976AC" w:rsidRPr="00DB4AC6" w:rsidRDefault="00F007BD">
      <w:pPr>
        <w:rPr>
          <w:b/>
          <w:bCs/>
        </w:rPr>
      </w:pPr>
      <w:r w:rsidRPr="00DB4AC6">
        <w:rPr>
          <w:b/>
          <w:bCs/>
        </w:rPr>
        <w:t>Please tick any circumstances that apply to your household or to you:</w:t>
      </w:r>
    </w:p>
    <w:p w14:paraId="3DD8EF5F" w14:textId="77777777" w:rsidR="00A976AC" w:rsidRDefault="00F007BD">
      <w:r>
        <w:t>☐ Low household income</w:t>
      </w:r>
    </w:p>
    <w:p w14:paraId="4663EA40" w14:textId="77777777" w:rsidR="00A976AC" w:rsidRDefault="00F007BD">
      <w:r>
        <w:t>☐ In receipt of Universal Credit</w:t>
      </w:r>
    </w:p>
    <w:p w14:paraId="021E71D2" w14:textId="3BB4EB96" w:rsidR="00A976AC" w:rsidRDefault="00F007BD" w:rsidP="00DB4AC6">
      <w:r>
        <w:t>☐ In receipt of Income Support / income-based J</w:t>
      </w:r>
      <w:r w:rsidR="00DB4AC6">
        <w:t xml:space="preserve">ob </w:t>
      </w:r>
      <w:r>
        <w:t>S</w:t>
      </w:r>
      <w:r w:rsidR="00DB4AC6">
        <w:t xml:space="preserve">eekers </w:t>
      </w:r>
      <w:r>
        <w:t>A</w:t>
      </w:r>
      <w:r w:rsidR="00DB4AC6">
        <w:t>llowance</w:t>
      </w:r>
      <w:r>
        <w:t xml:space="preserve"> / income-related E</w:t>
      </w:r>
      <w:r w:rsidR="00DB4AC6">
        <w:t xml:space="preserve">mployment and </w:t>
      </w:r>
      <w:r>
        <w:t>S</w:t>
      </w:r>
      <w:r w:rsidR="00DB4AC6">
        <w:t xml:space="preserve">upport  </w:t>
      </w:r>
      <w:r>
        <w:t>A</w:t>
      </w:r>
      <w:r w:rsidR="00DB4AC6">
        <w:t>llowance</w:t>
      </w:r>
    </w:p>
    <w:p w14:paraId="65012D39" w14:textId="67551F10" w:rsidR="00A976AC" w:rsidRDefault="00F007BD">
      <w:r>
        <w:t>☐ In receipt of Child Tax Credit only</w:t>
      </w:r>
      <w:r w:rsidR="00DB4AC6">
        <w:t>, with gross annual income of no more than £16,190</w:t>
      </w:r>
    </w:p>
    <w:p w14:paraId="7930DCCA" w14:textId="77777777" w:rsidR="00A976AC" w:rsidRDefault="00F007BD">
      <w:r>
        <w:t>☐ In receipt of Working Tax Credit run-on</w:t>
      </w:r>
    </w:p>
    <w:p w14:paraId="6293369B" w14:textId="77777777" w:rsidR="00A976AC" w:rsidRDefault="00F007BD">
      <w:r>
        <w:t>☐ In receipt of Housing Benefit / Local Housing Allowance / Council Tax Reduction</w:t>
      </w:r>
    </w:p>
    <w:p w14:paraId="44A2B0A6" w14:textId="77777777" w:rsidR="00A976AC" w:rsidRDefault="00F007BD">
      <w:r>
        <w:t>☐ Recent redundancy / fall in household income</w:t>
      </w:r>
    </w:p>
    <w:p w14:paraId="305FB010" w14:textId="77777777" w:rsidR="00A976AC" w:rsidRDefault="00F007BD">
      <w:r>
        <w:t>☐ Young parent</w:t>
      </w:r>
    </w:p>
    <w:p w14:paraId="61F234E5" w14:textId="77777777" w:rsidR="00A976AC" w:rsidRDefault="00F007BD">
      <w:r>
        <w:t>☐ Young carer</w:t>
      </w:r>
    </w:p>
    <w:p w14:paraId="23E4224A" w14:textId="77777777" w:rsidR="00A976AC" w:rsidRDefault="00F007BD">
      <w:r>
        <w:t>☐ Homeless / at risk of homelessness / no fixed abode / insecure housing</w:t>
      </w:r>
    </w:p>
    <w:p w14:paraId="02043658" w14:textId="77777777" w:rsidR="00A976AC" w:rsidRDefault="00F007BD">
      <w:r>
        <w:t>☐ Student has an EHCP and/or receives DLA / PIP</w:t>
      </w:r>
    </w:p>
    <w:p w14:paraId="07D79BBE" w14:textId="77777777" w:rsidR="00DB4AC6" w:rsidRDefault="00DB4AC6" w:rsidP="00DB4AC6">
      <w:r>
        <w:t>☐ The guarantee element of State Pension Credit</w:t>
      </w:r>
    </w:p>
    <w:p w14:paraId="2816E6C1" w14:textId="77777777" w:rsidR="00DB4AC6" w:rsidRDefault="00DB4AC6" w:rsidP="00DB4AC6">
      <w:r>
        <w:t>☐ Support under Part VI of the Immigration and Asylum Act 1999</w:t>
      </w:r>
    </w:p>
    <w:p w14:paraId="76A5900D" w14:textId="62F59706" w:rsidR="00A976AC" w:rsidRDefault="00F007BD">
      <w:r>
        <w:t>☐ Other exceptional financial hardship</w:t>
      </w:r>
    </w:p>
    <w:p w14:paraId="4EB0A79B" w14:textId="6A1AC1EB" w:rsidR="00DB4AC6" w:rsidRDefault="00F007BD">
      <w:r>
        <w:lastRenderedPageBreak/>
        <w:t xml:space="preserve">Please give any additional details that may help us understand your financial circumstances: </w:t>
      </w:r>
    </w:p>
    <w:p w14:paraId="48944ADF" w14:textId="605594A8" w:rsidR="00A976AC" w:rsidRDefault="00F007BD">
      <w:r>
        <w:t>_</w:t>
      </w:r>
      <w:r w:rsidR="00DB4AC6">
        <w:t>_______________________________________________</w:t>
      </w:r>
      <w:r>
        <w:t>_________________________________________</w:t>
      </w:r>
    </w:p>
    <w:p w14:paraId="7C091910" w14:textId="77777777" w:rsidR="00A976AC" w:rsidRDefault="00F007BD">
      <w:r>
        <w:rPr>
          <w:b/>
          <w:sz w:val="22"/>
        </w:rPr>
        <w:t>SECTION 7: EVIDENCE PROVIDED</w:t>
      </w:r>
    </w:p>
    <w:p w14:paraId="041362AB" w14:textId="77777777" w:rsidR="00A976AC" w:rsidRDefault="00F007BD">
      <w:r>
        <w:t>Please tick the evidence enclosed. MITSkills may request further or alternative evidence where appropriate.</w:t>
      </w:r>
    </w:p>
    <w:p w14:paraId="76BCE44D" w14:textId="77777777" w:rsidR="00A976AC" w:rsidRDefault="00F007BD">
      <w:r>
        <w:t>☐ Last 3 months’ payslips</w:t>
      </w:r>
    </w:p>
    <w:p w14:paraId="478F684A" w14:textId="1F1E83AE" w:rsidR="00A976AC" w:rsidRDefault="00F007BD">
      <w:r>
        <w:t xml:space="preserve">☐ Benefit </w:t>
      </w:r>
      <w:r w:rsidR="00DB4AC6">
        <w:t>statements for last 3 months</w:t>
      </w:r>
    </w:p>
    <w:p w14:paraId="63A0C4B5" w14:textId="1C9B8981" w:rsidR="00A976AC" w:rsidRDefault="00F007BD">
      <w:r>
        <w:t>☐ Universal Credit statements</w:t>
      </w:r>
      <w:r w:rsidR="00DB4AC6">
        <w:t xml:space="preserve"> for last 3 months</w:t>
      </w:r>
    </w:p>
    <w:p w14:paraId="29A74E30" w14:textId="77777777" w:rsidR="00A976AC" w:rsidRDefault="00F007BD">
      <w:r>
        <w:t>☐ P60 / tax return / self-employment evidence</w:t>
      </w:r>
    </w:p>
    <w:p w14:paraId="126F59A3" w14:textId="77777777" w:rsidR="00A976AC" w:rsidRDefault="00F007BD">
      <w:r>
        <w:t>☐ Bank statements</w:t>
      </w:r>
    </w:p>
    <w:p w14:paraId="54CE7FA8" w14:textId="77777777" w:rsidR="00A976AC" w:rsidRDefault="00F007BD">
      <w:r>
        <w:t>☐ Letter confirming redundancy / change of circumstances</w:t>
      </w:r>
    </w:p>
    <w:p w14:paraId="110427C7" w14:textId="77777777" w:rsidR="00A976AC" w:rsidRDefault="00F007BD">
      <w:r>
        <w:t>☐ Evidence of residency / immigration status</w:t>
      </w:r>
    </w:p>
    <w:p w14:paraId="6776A54D" w14:textId="77777777" w:rsidR="00A976AC" w:rsidRDefault="00F007BD">
      <w:r>
        <w:t>☐ EHCP / DLA / PIP evidence</w:t>
      </w:r>
    </w:p>
    <w:p w14:paraId="4DB07B06" w14:textId="77777777" w:rsidR="00A976AC" w:rsidRDefault="00F007BD">
      <w:r>
        <w:t>☐ Other supporting evidence (please specify below)</w:t>
      </w:r>
    </w:p>
    <w:p w14:paraId="3C3E0597" w14:textId="77777777" w:rsidR="00DB4AC6" w:rsidRDefault="00F007BD">
      <w:r>
        <w:t xml:space="preserve">Other evidence submitted: </w:t>
      </w:r>
    </w:p>
    <w:p w14:paraId="066C7F48" w14:textId="15F6E864" w:rsidR="00A976AC" w:rsidRDefault="00F007BD">
      <w:r>
        <w:t>________________________________________________________________________________________</w:t>
      </w:r>
    </w:p>
    <w:p w14:paraId="0B5BA86E" w14:textId="77777777" w:rsidR="00A976AC" w:rsidRDefault="00F007BD">
      <w:r>
        <w:rPr>
          <w:b/>
          <w:sz w:val="22"/>
        </w:rPr>
        <w:t>SECTION 8: ESSENTIAL PARTICIPATION COSTS REQUESTED</w:t>
      </w:r>
    </w:p>
    <w:p w14:paraId="56592B13" w14:textId="77777777" w:rsidR="00A976AC" w:rsidRDefault="00F007BD">
      <w:r>
        <w:t>Please tell us what essential costs you need help with. Where possible, include the estimated amount and how often the cost arises. Evidence such as quotes, receipts, timetables or route information may be requested.</w:t>
      </w:r>
    </w:p>
    <w:tbl>
      <w:tblPr>
        <w:tblStyle w:val="TableGrid"/>
        <w:tblW w:w="0" w:type="auto"/>
        <w:tblLook w:val="04A0" w:firstRow="1" w:lastRow="0" w:firstColumn="1" w:lastColumn="0" w:noHBand="0" w:noVBand="1"/>
      </w:tblPr>
      <w:tblGrid>
        <w:gridCol w:w="5095"/>
        <w:gridCol w:w="5095"/>
      </w:tblGrid>
      <w:tr w:rsidR="00A976AC" w14:paraId="0A5B1F56" w14:textId="77777777">
        <w:tc>
          <w:tcPr>
            <w:tcW w:w="5100" w:type="dxa"/>
          </w:tcPr>
          <w:p w14:paraId="35D64AB3" w14:textId="77777777" w:rsidR="00A976AC" w:rsidRPr="00797690" w:rsidRDefault="00F007BD">
            <w:pPr>
              <w:rPr>
                <w:b/>
                <w:bCs/>
              </w:rPr>
            </w:pPr>
            <w:r w:rsidRPr="00797690">
              <w:rPr>
                <w:b/>
                <w:bCs/>
              </w:rPr>
              <w:t>Type of support requested</w:t>
            </w:r>
          </w:p>
        </w:tc>
        <w:tc>
          <w:tcPr>
            <w:tcW w:w="5100" w:type="dxa"/>
          </w:tcPr>
          <w:p w14:paraId="78FC83D9" w14:textId="77777777" w:rsidR="00A976AC" w:rsidRPr="00797690" w:rsidRDefault="00F007BD">
            <w:pPr>
              <w:rPr>
                <w:b/>
                <w:bCs/>
              </w:rPr>
            </w:pPr>
            <w:r w:rsidRPr="00797690">
              <w:rPr>
                <w:b/>
                <w:bCs/>
              </w:rPr>
              <w:t>Details / estimated amount / frequency</w:t>
            </w:r>
          </w:p>
        </w:tc>
      </w:tr>
      <w:tr w:rsidR="00A976AC" w14:paraId="3EAB0297" w14:textId="77777777">
        <w:tc>
          <w:tcPr>
            <w:tcW w:w="5100" w:type="dxa"/>
          </w:tcPr>
          <w:p w14:paraId="64CDD153" w14:textId="77777777" w:rsidR="00A976AC" w:rsidRDefault="00F007BD">
            <w:r>
              <w:t>Travel to and from study</w:t>
            </w:r>
          </w:p>
        </w:tc>
        <w:tc>
          <w:tcPr>
            <w:tcW w:w="5100" w:type="dxa"/>
          </w:tcPr>
          <w:p w14:paraId="46AC306F" w14:textId="77777777" w:rsidR="00A976AC" w:rsidRDefault="00A976AC"/>
          <w:p w14:paraId="46E44800" w14:textId="77777777" w:rsidR="00797690" w:rsidRDefault="00797690"/>
        </w:tc>
      </w:tr>
      <w:tr w:rsidR="00A976AC" w14:paraId="62245ED3" w14:textId="77777777">
        <w:tc>
          <w:tcPr>
            <w:tcW w:w="5100" w:type="dxa"/>
          </w:tcPr>
          <w:p w14:paraId="418F257C" w14:textId="77777777" w:rsidR="00A976AC" w:rsidRDefault="00F007BD">
            <w:r>
              <w:t>Meals while attending study programme</w:t>
            </w:r>
          </w:p>
        </w:tc>
        <w:tc>
          <w:tcPr>
            <w:tcW w:w="5100" w:type="dxa"/>
          </w:tcPr>
          <w:p w14:paraId="3F6E947A" w14:textId="77777777" w:rsidR="00A976AC" w:rsidRDefault="00A976AC"/>
          <w:p w14:paraId="2B9DDC97" w14:textId="77777777" w:rsidR="00797690" w:rsidRDefault="00797690"/>
        </w:tc>
      </w:tr>
      <w:tr w:rsidR="00A976AC" w14:paraId="538767C9" w14:textId="77777777">
        <w:tc>
          <w:tcPr>
            <w:tcW w:w="5100" w:type="dxa"/>
          </w:tcPr>
          <w:p w14:paraId="2856B9EB" w14:textId="77777777" w:rsidR="00A976AC" w:rsidRDefault="00F007BD">
            <w:r>
              <w:t>Books / stationery / learning materials</w:t>
            </w:r>
          </w:p>
        </w:tc>
        <w:tc>
          <w:tcPr>
            <w:tcW w:w="5100" w:type="dxa"/>
          </w:tcPr>
          <w:p w14:paraId="70C3ED3B" w14:textId="77777777" w:rsidR="00A976AC" w:rsidRDefault="00A976AC"/>
          <w:p w14:paraId="22272A1D" w14:textId="77777777" w:rsidR="00797690" w:rsidRDefault="00797690"/>
        </w:tc>
      </w:tr>
      <w:tr w:rsidR="00A976AC" w14:paraId="0BC8DF6A" w14:textId="77777777">
        <w:tc>
          <w:tcPr>
            <w:tcW w:w="5100" w:type="dxa"/>
          </w:tcPr>
          <w:p w14:paraId="0CA56E47" w14:textId="77777777" w:rsidR="00A976AC" w:rsidRDefault="00F007BD">
            <w:r>
              <w:t>Specialist equipment / tools / protective clothing</w:t>
            </w:r>
          </w:p>
        </w:tc>
        <w:tc>
          <w:tcPr>
            <w:tcW w:w="5100" w:type="dxa"/>
          </w:tcPr>
          <w:p w14:paraId="2E1DC4F8" w14:textId="77777777" w:rsidR="00A976AC" w:rsidRDefault="00A976AC"/>
          <w:p w14:paraId="41844E9E" w14:textId="77777777" w:rsidR="00797690" w:rsidRDefault="00797690"/>
        </w:tc>
      </w:tr>
      <w:tr w:rsidR="00A976AC" w14:paraId="043CF7B0" w14:textId="77777777">
        <w:tc>
          <w:tcPr>
            <w:tcW w:w="5100" w:type="dxa"/>
          </w:tcPr>
          <w:p w14:paraId="4EACDE33" w14:textId="77777777" w:rsidR="00A976AC" w:rsidRDefault="00F007BD">
            <w:r>
              <w:t>Industry placement travel / meals / equipment</w:t>
            </w:r>
          </w:p>
        </w:tc>
        <w:tc>
          <w:tcPr>
            <w:tcW w:w="5100" w:type="dxa"/>
          </w:tcPr>
          <w:p w14:paraId="4EF87603" w14:textId="77777777" w:rsidR="00A976AC" w:rsidRDefault="00A976AC"/>
          <w:p w14:paraId="58D526C3" w14:textId="77777777" w:rsidR="00797690" w:rsidRDefault="00797690"/>
        </w:tc>
      </w:tr>
      <w:tr w:rsidR="00A976AC" w14:paraId="089AC8A9" w14:textId="77777777">
        <w:tc>
          <w:tcPr>
            <w:tcW w:w="5100" w:type="dxa"/>
          </w:tcPr>
          <w:p w14:paraId="44100509" w14:textId="77777777" w:rsidR="00A976AC" w:rsidRDefault="00F007BD">
            <w:r>
              <w:t>Other essential participation cost</w:t>
            </w:r>
          </w:p>
        </w:tc>
        <w:tc>
          <w:tcPr>
            <w:tcW w:w="5100" w:type="dxa"/>
          </w:tcPr>
          <w:p w14:paraId="621B22A8" w14:textId="77777777" w:rsidR="00A976AC" w:rsidRDefault="00A976AC"/>
          <w:p w14:paraId="359DFA5E" w14:textId="77777777" w:rsidR="00797690" w:rsidRDefault="00797690"/>
        </w:tc>
      </w:tr>
    </w:tbl>
    <w:p w14:paraId="0DBD4F80" w14:textId="77777777" w:rsidR="00DB4AC6" w:rsidRDefault="00DB4AC6"/>
    <w:p w14:paraId="3510AD13" w14:textId="326953B7" w:rsidR="00A976AC" w:rsidRDefault="00F007BD">
      <w:pPr>
        <w:rPr>
          <w:b/>
          <w:bCs/>
        </w:rPr>
      </w:pPr>
      <w:r w:rsidRPr="00DB4AC6">
        <w:rPr>
          <w:b/>
          <w:bCs/>
        </w:rPr>
        <w:t>Travel support</w:t>
      </w:r>
    </w:p>
    <w:tbl>
      <w:tblPr>
        <w:tblStyle w:val="TableGrid"/>
        <w:tblW w:w="0" w:type="auto"/>
        <w:tblLook w:val="04A0" w:firstRow="1" w:lastRow="0" w:firstColumn="1" w:lastColumn="0" w:noHBand="0" w:noVBand="1"/>
      </w:tblPr>
      <w:tblGrid>
        <w:gridCol w:w="10190"/>
      </w:tblGrid>
      <w:tr w:rsidR="00797690" w14:paraId="7F00CEC0" w14:textId="77777777" w:rsidTr="00797690">
        <w:tc>
          <w:tcPr>
            <w:tcW w:w="10416" w:type="dxa"/>
          </w:tcPr>
          <w:p w14:paraId="15AF167B" w14:textId="567BA700" w:rsidR="00797690" w:rsidRDefault="00797690" w:rsidP="00797690">
            <w:pPr>
              <w:tabs>
                <w:tab w:val="left" w:pos="2392"/>
              </w:tabs>
              <w:spacing w:before="44"/>
              <w:rPr>
                <w:rFonts w:ascii="Segoe UI Symbol" w:hAnsi="Segoe UI Symbol" w:cs="Segoe UI Symbol"/>
                <w:w w:val="99"/>
                <w:sz w:val="21"/>
                <w:szCs w:val="21"/>
              </w:rPr>
            </w:pPr>
            <w:r>
              <w:t xml:space="preserve">I live more than 2 miles from my main place of study:                                  </w:t>
            </w:r>
            <w:r>
              <w:rPr>
                <w:rFonts w:ascii="Segoe UI Symbol" w:hAnsi="Segoe UI Symbol" w:cs="Segoe UI Symbol"/>
                <w:w w:val="99"/>
                <w:sz w:val="21"/>
                <w:szCs w:val="21"/>
              </w:rPr>
              <w:t xml:space="preserve">Yes  </w:t>
            </w:r>
            <w:r w:rsidRPr="00875FA4">
              <w:rPr>
                <w:rFonts w:ascii="Segoe UI Symbol" w:hAnsi="Segoe UI Symbol" w:cs="Segoe UI Symbol"/>
                <w:w w:val="99"/>
                <w:sz w:val="21"/>
                <w:szCs w:val="21"/>
              </w:rPr>
              <w:t>☐</w:t>
            </w:r>
            <w:r>
              <w:rPr>
                <w:rFonts w:ascii="Segoe UI Symbol" w:hAnsi="Segoe UI Symbol" w:cs="Segoe UI Symbol"/>
                <w:w w:val="99"/>
                <w:sz w:val="21"/>
                <w:szCs w:val="21"/>
              </w:rPr>
              <w:t xml:space="preserve">   No  </w:t>
            </w:r>
            <w:r w:rsidRPr="00875FA4">
              <w:rPr>
                <w:rFonts w:ascii="Segoe UI Symbol" w:hAnsi="Segoe UI Symbol" w:cs="Segoe UI Symbol"/>
                <w:w w:val="99"/>
                <w:sz w:val="21"/>
                <w:szCs w:val="21"/>
              </w:rPr>
              <w:t>☐</w:t>
            </w:r>
          </w:p>
          <w:p w14:paraId="1B3FF0AD" w14:textId="65720578" w:rsidR="00797690" w:rsidRDefault="00797690">
            <w:pPr>
              <w:rPr>
                <w:b/>
                <w:bCs/>
              </w:rPr>
            </w:pPr>
          </w:p>
        </w:tc>
      </w:tr>
      <w:tr w:rsidR="00797690" w14:paraId="2BDE2DA3" w14:textId="77777777" w:rsidTr="00797690">
        <w:tc>
          <w:tcPr>
            <w:tcW w:w="10416" w:type="dxa"/>
          </w:tcPr>
          <w:p w14:paraId="74D00BAB" w14:textId="165F3AF3" w:rsidR="00797690" w:rsidRDefault="00797690" w:rsidP="00797690">
            <w:pPr>
              <w:tabs>
                <w:tab w:val="left" w:pos="2392"/>
              </w:tabs>
              <w:spacing w:before="44"/>
              <w:rPr>
                <w:rFonts w:ascii="Segoe UI Symbol" w:hAnsi="Segoe UI Symbol" w:cs="Segoe UI Symbol"/>
                <w:w w:val="99"/>
                <w:sz w:val="21"/>
                <w:szCs w:val="21"/>
              </w:rPr>
            </w:pPr>
            <w:r w:rsidRPr="00875FA4">
              <w:rPr>
                <w:rFonts w:cs="Arial"/>
                <w:sz w:val="21"/>
                <w:szCs w:val="21"/>
              </w:rPr>
              <w:t xml:space="preserve">Have you applied to your local authority for </w:t>
            </w:r>
            <w:r>
              <w:rPr>
                <w:rFonts w:cs="Arial"/>
                <w:sz w:val="21"/>
                <w:szCs w:val="21"/>
              </w:rPr>
              <w:t xml:space="preserve">any </w:t>
            </w:r>
            <w:r w:rsidRPr="00875FA4">
              <w:rPr>
                <w:rFonts w:cs="Arial"/>
                <w:sz w:val="21"/>
                <w:szCs w:val="21"/>
              </w:rPr>
              <w:t>travel assistance</w:t>
            </w:r>
            <w:r>
              <w:rPr>
                <w:rFonts w:cs="Arial"/>
                <w:sz w:val="21"/>
                <w:szCs w:val="21"/>
              </w:rPr>
              <w:t xml:space="preserve"> </w:t>
            </w:r>
            <w:r>
              <w:t>that may be available</w:t>
            </w:r>
            <w:r w:rsidRPr="00875FA4">
              <w:rPr>
                <w:rFonts w:cs="Arial"/>
                <w:sz w:val="21"/>
                <w:szCs w:val="21"/>
              </w:rPr>
              <w:t>?</w:t>
            </w:r>
            <w:r>
              <w:rPr>
                <w:rFonts w:cs="Arial"/>
                <w:sz w:val="21"/>
                <w:szCs w:val="21"/>
              </w:rPr>
              <w:t xml:space="preserve">         </w:t>
            </w:r>
            <w:r>
              <w:rPr>
                <w:rFonts w:ascii="Segoe UI Symbol" w:hAnsi="Segoe UI Symbol" w:cs="Segoe UI Symbol"/>
                <w:w w:val="99"/>
                <w:sz w:val="21"/>
                <w:szCs w:val="21"/>
              </w:rPr>
              <w:t xml:space="preserve">Yes  </w:t>
            </w:r>
            <w:r w:rsidRPr="00875FA4">
              <w:rPr>
                <w:rFonts w:ascii="Segoe UI Symbol" w:hAnsi="Segoe UI Symbol" w:cs="Segoe UI Symbol"/>
                <w:w w:val="99"/>
                <w:sz w:val="21"/>
                <w:szCs w:val="21"/>
              </w:rPr>
              <w:t>☐</w:t>
            </w:r>
            <w:r>
              <w:rPr>
                <w:rFonts w:ascii="Segoe UI Symbol" w:hAnsi="Segoe UI Symbol" w:cs="Segoe UI Symbol"/>
                <w:w w:val="99"/>
                <w:sz w:val="21"/>
                <w:szCs w:val="21"/>
              </w:rPr>
              <w:t xml:space="preserve">   No  </w:t>
            </w:r>
            <w:r w:rsidRPr="00875FA4">
              <w:rPr>
                <w:rFonts w:ascii="Segoe UI Symbol" w:hAnsi="Segoe UI Symbol" w:cs="Segoe UI Symbol"/>
                <w:w w:val="99"/>
                <w:sz w:val="21"/>
                <w:szCs w:val="21"/>
              </w:rPr>
              <w:t>☐</w:t>
            </w:r>
          </w:p>
          <w:p w14:paraId="5D088B8B" w14:textId="77777777" w:rsidR="00797690" w:rsidRDefault="00797690">
            <w:pPr>
              <w:rPr>
                <w:b/>
                <w:bCs/>
              </w:rPr>
            </w:pPr>
          </w:p>
        </w:tc>
      </w:tr>
      <w:tr w:rsidR="00797690" w14:paraId="09024AF7" w14:textId="77777777" w:rsidTr="00797690">
        <w:tc>
          <w:tcPr>
            <w:tcW w:w="10416" w:type="dxa"/>
          </w:tcPr>
          <w:p w14:paraId="0289C9D9" w14:textId="6BD66AB4" w:rsidR="00797690" w:rsidRDefault="00797690" w:rsidP="00797690">
            <w:r>
              <w:lastRenderedPageBreak/>
              <w:t xml:space="preserve">Home postcode: </w:t>
            </w:r>
          </w:p>
          <w:p w14:paraId="05898D67" w14:textId="77777777" w:rsidR="00797690" w:rsidRDefault="00797690">
            <w:pPr>
              <w:rPr>
                <w:b/>
                <w:bCs/>
              </w:rPr>
            </w:pPr>
          </w:p>
        </w:tc>
      </w:tr>
      <w:tr w:rsidR="00797690" w14:paraId="55384962" w14:textId="77777777" w:rsidTr="00797690">
        <w:tc>
          <w:tcPr>
            <w:tcW w:w="10416" w:type="dxa"/>
          </w:tcPr>
          <w:p w14:paraId="5FAC15CD" w14:textId="153359E1" w:rsidR="00797690" w:rsidRDefault="00797690" w:rsidP="00797690">
            <w:r>
              <w:t xml:space="preserve">Usual mode of travel: </w:t>
            </w:r>
          </w:p>
          <w:p w14:paraId="38028F17" w14:textId="77777777" w:rsidR="00797690" w:rsidRDefault="00797690">
            <w:pPr>
              <w:rPr>
                <w:b/>
                <w:bCs/>
              </w:rPr>
            </w:pPr>
          </w:p>
        </w:tc>
      </w:tr>
    </w:tbl>
    <w:p w14:paraId="5BCC75C9" w14:textId="1B752A14" w:rsidR="00A976AC" w:rsidRDefault="00A976AC"/>
    <w:p w14:paraId="6F3557B2" w14:textId="62903F68" w:rsidR="00A976AC" w:rsidRDefault="00F007BD">
      <w:r>
        <w:rPr>
          <w:b/>
          <w:sz w:val="22"/>
        </w:rPr>
        <w:t>SECTION 9: FREE COLLEGE MEALS (FMFE)</w:t>
      </w:r>
    </w:p>
    <w:p w14:paraId="6C724850" w14:textId="1BB92647" w:rsidR="00A976AC" w:rsidRDefault="00F007BD">
      <w:r>
        <w:t>Free College Meals are assessed separately under national DfE rules. For 2026/27, students from households in receipt of Universal Credit are eligible for Free College Meals. Please tick any qualifying benefit that applies and provide evidence.</w:t>
      </w:r>
    </w:p>
    <w:p w14:paraId="629B3DFD" w14:textId="6DEFB8BA" w:rsidR="00A976AC" w:rsidRDefault="00F007BD">
      <w:r>
        <w:rPr>
          <w:rFonts w:ascii="Segoe UI Symbol" w:hAnsi="Segoe UI Symbol" w:cs="Segoe UI Symbol"/>
        </w:rPr>
        <w:t>☐</w:t>
      </w:r>
      <w:r>
        <w:t xml:space="preserve"> Income-related Employment and Support Allowance (ESA)</w:t>
      </w:r>
    </w:p>
    <w:p w14:paraId="78A5F31D" w14:textId="0F1D0A19" w:rsidR="00A976AC" w:rsidRDefault="00F007BD">
      <w:r>
        <w:t>☐ Support under Part VI of the Immigration and Asylum Act 1999</w:t>
      </w:r>
    </w:p>
    <w:p w14:paraId="0CFA5C76" w14:textId="407F4A0B" w:rsidR="00A976AC" w:rsidRDefault="00F007BD" w:rsidP="00EB2843">
      <w:r>
        <w:t>☐ The guarantee element of State Pension Credit</w:t>
      </w:r>
    </w:p>
    <w:p w14:paraId="7BB9C3B3" w14:textId="3EF2C238" w:rsidR="00A976AC" w:rsidRDefault="00F007BD">
      <w:r>
        <w:rPr>
          <w:rFonts w:ascii="Segoe UI Symbol" w:hAnsi="Segoe UI Symbol" w:cs="Segoe UI Symbol"/>
        </w:rPr>
        <w:t>☐</w:t>
      </w:r>
      <w:r>
        <w:t xml:space="preserve"> Universal Credit</w:t>
      </w:r>
    </w:p>
    <w:p w14:paraId="2095AA02" w14:textId="7DEA4754" w:rsidR="00A976AC" w:rsidRDefault="00F007BD">
      <w:r>
        <w:t>If the household is self-employed and in receipt of Universal Credit, please complete any additional self-employment declaration or provide the supporting evidence requested by MITSkills.</w:t>
      </w:r>
    </w:p>
    <w:p w14:paraId="28A7CB7F" w14:textId="3E925635" w:rsidR="00A976AC" w:rsidRDefault="00F007BD">
      <w:r>
        <w:rPr>
          <w:b/>
          <w:sz w:val="22"/>
        </w:rPr>
        <w:t>SECTION 10: BANK DETAILS (ONLY IF DIRECT PAYMENT IS APPROVED)</w:t>
      </w:r>
    </w:p>
    <w:p w14:paraId="48368687" w14:textId="35021908" w:rsidR="00A976AC" w:rsidRDefault="00F007BD">
      <w:r>
        <w:t>Where MITSkills agrees that support will be paid directly to the student, payment must normally be made to the student’s own bank account unless exceptional circumstances apply.</w:t>
      </w:r>
      <w:r w:rsidR="00797690">
        <w:t xml:space="preserve"> </w:t>
      </w:r>
      <w:r w:rsidR="00797690" w:rsidRPr="00797690">
        <w:t>Please fill this section in carefully and ensure the information you provide to us is accurate.</w:t>
      </w:r>
    </w:p>
    <w:tbl>
      <w:tblPr>
        <w:tblStyle w:val="TableGrid"/>
        <w:tblW w:w="0" w:type="auto"/>
        <w:tblLook w:val="04A0" w:firstRow="1" w:lastRow="0" w:firstColumn="1" w:lastColumn="0" w:noHBand="0" w:noVBand="1"/>
      </w:tblPr>
      <w:tblGrid>
        <w:gridCol w:w="10190"/>
      </w:tblGrid>
      <w:tr w:rsidR="00797690" w14:paraId="6E8718E3" w14:textId="77777777" w:rsidTr="00797690">
        <w:tc>
          <w:tcPr>
            <w:tcW w:w="10416" w:type="dxa"/>
          </w:tcPr>
          <w:p w14:paraId="2F1F0B02" w14:textId="77777777" w:rsidR="00797690" w:rsidRDefault="00797690">
            <w:pPr>
              <w:rPr>
                <w:b/>
                <w:bCs/>
              </w:rPr>
            </w:pPr>
            <w:r w:rsidRPr="00797690">
              <w:rPr>
                <w:b/>
                <w:bCs/>
              </w:rPr>
              <w:t>Name of account holder:</w:t>
            </w:r>
          </w:p>
          <w:p w14:paraId="4B3D2A11" w14:textId="77777777" w:rsidR="006C6AF9" w:rsidRDefault="006C6AF9">
            <w:pPr>
              <w:rPr>
                <w:b/>
                <w:bCs/>
              </w:rPr>
            </w:pPr>
          </w:p>
          <w:p w14:paraId="67B38F23" w14:textId="0BB35749" w:rsidR="00797690" w:rsidRPr="00797690" w:rsidRDefault="00797690">
            <w:pPr>
              <w:rPr>
                <w:b/>
                <w:bCs/>
              </w:rPr>
            </w:pPr>
          </w:p>
        </w:tc>
      </w:tr>
      <w:tr w:rsidR="00797690" w14:paraId="634C15E7" w14:textId="77777777" w:rsidTr="00797690">
        <w:tc>
          <w:tcPr>
            <w:tcW w:w="10416" w:type="dxa"/>
          </w:tcPr>
          <w:p w14:paraId="49032607" w14:textId="19E2216C" w:rsidR="00797690" w:rsidRDefault="00797690">
            <w:pPr>
              <w:rPr>
                <w:b/>
                <w:bCs/>
              </w:rPr>
            </w:pPr>
            <w:r w:rsidRPr="00797690">
              <w:rPr>
                <w:b/>
                <w:bCs/>
              </w:rPr>
              <w:t>Bank / building society name:</w:t>
            </w:r>
          </w:p>
          <w:p w14:paraId="49A65511" w14:textId="77777777" w:rsidR="006C6AF9" w:rsidRDefault="006C6AF9">
            <w:pPr>
              <w:rPr>
                <w:b/>
                <w:bCs/>
              </w:rPr>
            </w:pPr>
          </w:p>
          <w:p w14:paraId="4FD2C13D" w14:textId="0CB20FFD" w:rsidR="00797690" w:rsidRPr="00797690" w:rsidRDefault="00797690">
            <w:pPr>
              <w:rPr>
                <w:b/>
                <w:bCs/>
              </w:rPr>
            </w:pPr>
          </w:p>
        </w:tc>
      </w:tr>
      <w:tr w:rsidR="00797690" w14:paraId="56D09F4F" w14:textId="77777777" w:rsidTr="00797690">
        <w:tc>
          <w:tcPr>
            <w:tcW w:w="10416" w:type="dxa"/>
          </w:tcPr>
          <w:p w14:paraId="589445A5" w14:textId="2C8716BB" w:rsidR="00797690" w:rsidRDefault="006C6AF9">
            <w:pPr>
              <w:rPr>
                <w:b/>
                <w:bCs/>
              </w:rPr>
            </w:pPr>
            <w:r>
              <w:rPr>
                <w:noProof/>
              </w:rPr>
              <mc:AlternateContent>
                <mc:Choice Requires="wpg">
                  <w:drawing>
                    <wp:anchor distT="0" distB="0" distL="114300" distR="114300" simplePos="0" relativeHeight="251614208" behindDoc="0" locked="0" layoutInCell="1" allowOverlap="1" wp14:anchorId="4417A528" wp14:editId="3823A9A2">
                      <wp:simplePos x="0" y="0"/>
                      <wp:positionH relativeFrom="column">
                        <wp:posOffset>906780</wp:posOffset>
                      </wp:positionH>
                      <wp:positionV relativeFrom="paragraph">
                        <wp:posOffset>52705</wp:posOffset>
                      </wp:positionV>
                      <wp:extent cx="1930400" cy="269240"/>
                      <wp:effectExtent l="0" t="0" r="12700" b="16510"/>
                      <wp:wrapNone/>
                      <wp:docPr id="415157051" name="Group 1"/>
                      <wp:cNvGraphicFramePr/>
                      <a:graphic xmlns:a="http://schemas.openxmlformats.org/drawingml/2006/main">
                        <a:graphicData uri="http://schemas.microsoft.com/office/word/2010/wordprocessingGroup">
                          <wpg:wgp>
                            <wpg:cNvGrpSpPr/>
                            <wpg:grpSpPr>
                              <a:xfrm>
                                <a:off x="0" y="0"/>
                                <a:ext cx="1930400" cy="269240"/>
                                <a:chOff x="0" y="0"/>
                                <a:chExt cx="1676400" cy="203835"/>
                              </a:xfrm>
                            </wpg:grpSpPr>
                            <wps:wsp>
                              <wps:cNvPr id="536523716" name="Text Box 3"/>
                              <wps:cNvSpPr txBox="1"/>
                              <wps:spPr>
                                <a:xfrm>
                                  <a:off x="0" y="0"/>
                                  <a:ext cx="208280" cy="203835"/>
                                </a:xfrm>
                                <a:prstGeom prst="rect">
                                  <a:avLst/>
                                </a:prstGeom>
                                <a:solidFill>
                                  <a:schemeClr val="lt1"/>
                                </a:solidFill>
                                <a:ln w="6350">
                                  <a:solidFill>
                                    <a:prstClr val="black"/>
                                  </a:solidFill>
                                </a:ln>
                              </wps:spPr>
                              <wps:txbx>
                                <w:txbxContent>
                                  <w:p w14:paraId="31F265CB" w14:textId="77777777" w:rsidR="00797690" w:rsidRDefault="00797690" w:rsidP="007976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0670773" name="Text Box 3"/>
                              <wps:cNvSpPr txBox="1"/>
                              <wps:spPr>
                                <a:xfrm>
                                  <a:off x="304800" y="0"/>
                                  <a:ext cx="208280" cy="198755"/>
                                </a:xfrm>
                                <a:prstGeom prst="rect">
                                  <a:avLst/>
                                </a:prstGeom>
                                <a:solidFill>
                                  <a:schemeClr val="lt1"/>
                                </a:solidFill>
                                <a:ln w="6350">
                                  <a:solidFill>
                                    <a:prstClr val="black"/>
                                  </a:solidFill>
                                </a:ln>
                              </wps:spPr>
                              <wps:txbx>
                                <w:txbxContent>
                                  <w:p w14:paraId="4A055978" w14:textId="77777777" w:rsidR="00797690" w:rsidRDefault="00797690" w:rsidP="007976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364779" name="Text Box 3"/>
                              <wps:cNvSpPr txBox="1"/>
                              <wps:spPr>
                                <a:xfrm>
                                  <a:off x="594360" y="0"/>
                                  <a:ext cx="208280" cy="203835"/>
                                </a:xfrm>
                                <a:prstGeom prst="rect">
                                  <a:avLst/>
                                </a:prstGeom>
                                <a:solidFill>
                                  <a:schemeClr val="lt1"/>
                                </a:solidFill>
                                <a:ln w="6350">
                                  <a:solidFill>
                                    <a:prstClr val="black"/>
                                  </a:solidFill>
                                </a:ln>
                              </wps:spPr>
                              <wps:txbx>
                                <w:txbxContent>
                                  <w:p w14:paraId="7046A5D9" w14:textId="77777777" w:rsidR="006C6AF9" w:rsidRDefault="006C6AF9" w:rsidP="006C6A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9888658" name="Text Box 3"/>
                              <wps:cNvSpPr txBox="1"/>
                              <wps:spPr>
                                <a:xfrm>
                                  <a:off x="883920" y="0"/>
                                  <a:ext cx="208280" cy="203835"/>
                                </a:xfrm>
                                <a:prstGeom prst="rect">
                                  <a:avLst/>
                                </a:prstGeom>
                                <a:solidFill>
                                  <a:schemeClr val="lt1"/>
                                </a:solidFill>
                                <a:ln w="6350">
                                  <a:solidFill>
                                    <a:prstClr val="black"/>
                                  </a:solidFill>
                                </a:ln>
                              </wps:spPr>
                              <wps:txbx>
                                <w:txbxContent>
                                  <w:p w14:paraId="3FDFFBFA" w14:textId="77777777" w:rsidR="006C6AF9" w:rsidRDefault="006C6AF9" w:rsidP="006C6A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6035343" name="Text Box 3"/>
                              <wps:cNvSpPr txBox="1"/>
                              <wps:spPr>
                                <a:xfrm>
                                  <a:off x="1178560" y="0"/>
                                  <a:ext cx="208280" cy="203835"/>
                                </a:xfrm>
                                <a:prstGeom prst="rect">
                                  <a:avLst/>
                                </a:prstGeom>
                                <a:solidFill>
                                  <a:schemeClr val="lt1"/>
                                </a:solidFill>
                                <a:ln w="6350">
                                  <a:solidFill>
                                    <a:prstClr val="black"/>
                                  </a:solidFill>
                                </a:ln>
                              </wps:spPr>
                              <wps:txbx>
                                <w:txbxContent>
                                  <w:p w14:paraId="050A3FD0" w14:textId="77777777" w:rsidR="006C6AF9" w:rsidRDefault="006C6AF9" w:rsidP="006C6A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6482736" name="Text Box 3"/>
                              <wps:cNvSpPr txBox="1"/>
                              <wps:spPr>
                                <a:xfrm>
                                  <a:off x="1468120" y="0"/>
                                  <a:ext cx="208280" cy="203835"/>
                                </a:xfrm>
                                <a:prstGeom prst="rect">
                                  <a:avLst/>
                                </a:prstGeom>
                                <a:solidFill>
                                  <a:schemeClr val="lt1"/>
                                </a:solidFill>
                                <a:ln w="6350">
                                  <a:solidFill>
                                    <a:prstClr val="black"/>
                                  </a:solidFill>
                                </a:ln>
                              </wps:spPr>
                              <wps:txbx>
                                <w:txbxContent>
                                  <w:p w14:paraId="3F5ABB22" w14:textId="77777777" w:rsidR="006C6AF9" w:rsidRDefault="006C6AF9" w:rsidP="006C6A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17A528" id="Group 1" o:spid="_x0000_s1026" style="position:absolute;margin-left:71.4pt;margin-top:4.15pt;width:152pt;height:21.2pt;z-index:251614208;mso-width-relative:margin;mso-height-relative:margin" coordsize="16764,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">
                      <v:shapetype id="_x0000_t202" coordsize="21600,21600" o:spt="202" path="m,l,21600r21600,l21600,xe">
                        <v:stroke joinstyle="miter"/>
                        <v:path gradientshapeok="t" o:connecttype="rect"/>
                      </v:shapetype>
                      <v:shape id="Text Box 3" o:spid="_x0000_s1027" type="#_x0000_t202" style="position:absolute;width:2082;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" fillcolor="white [3201]" strokeweight=".5pt">
                        <v:textbox>
                          <w:txbxContent>
                            <w:p w14:paraId="31F265CB" w14:textId="77777777" w:rsidR="00797690" w:rsidRDefault="00797690" w:rsidP="00797690"/>
                          </w:txbxContent>
                        </v:textbox>
                      </v:shape>
                      <v:shape id="Text Box 3" o:spid="_x0000_s1028" type="#_x0000_t202" style="position:absolute;left:3048;width:2082;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" fillcolor="white [3201]" strokeweight=".5pt">
                        <v:textbox>
                          <w:txbxContent>
                            <w:p w14:paraId="4A055978" w14:textId="77777777" w:rsidR="00797690" w:rsidRDefault="00797690" w:rsidP="00797690"/>
                          </w:txbxContent>
                        </v:textbox>
                      </v:shape>
                      <v:shape id="Text Box 3" o:spid="_x0000_s1029" type="#_x0000_t202" style="position:absolute;left:5943;width:2083;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" fillcolor="white [3201]" strokeweight=".5pt">
                        <v:textbox>
                          <w:txbxContent>
                            <w:p w14:paraId="7046A5D9" w14:textId="77777777" w:rsidR="006C6AF9" w:rsidRDefault="006C6AF9" w:rsidP="006C6AF9"/>
                          </w:txbxContent>
                        </v:textbox>
                      </v:shape>
                      <v:shape id="Text Box 3" o:spid="_x0000_s1030" type="#_x0000_t202" style="position:absolute;left:8839;width:2083;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" fillcolor="white [3201]" strokeweight=".5pt">
                        <v:textbox>
                          <w:txbxContent>
                            <w:p w14:paraId="3FDFFBFA" w14:textId="77777777" w:rsidR="006C6AF9" w:rsidRDefault="006C6AF9" w:rsidP="006C6AF9"/>
                          </w:txbxContent>
                        </v:textbox>
                      </v:shape>
                      <v:shape id="Text Box 3" o:spid="_x0000_s1031" type="#_x0000_t202" style="position:absolute;left:11785;width:2083;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" fillcolor="white [3201]" strokeweight=".5pt">
                        <v:textbox>
                          <w:txbxContent>
                            <w:p w14:paraId="050A3FD0" w14:textId="77777777" w:rsidR="006C6AF9" w:rsidRDefault="006C6AF9" w:rsidP="006C6AF9"/>
                          </w:txbxContent>
                        </v:textbox>
                      </v:shape>
                      <v:shape id="Text Box 3" o:spid="_x0000_s1032" type="#_x0000_t202" style="position:absolute;left:14681;width:2083;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" fillcolor="white [3201]" strokeweight=".5pt">
                        <v:textbox>
                          <w:txbxContent>
                            <w:p w14:paraId="3F5ABB22" w14:textId="77777777" w:rsidR="006C6AF9" w:rsidRDefault="006C6AF9" w:rsidP="006C6AF9"/>
                          </w:txbxContent>
                        </v:textbox>
                      </v:shape>
                    </v:group>
                  </w:pict>
                </mc:Fallback>
              </mc:AlternateContent>
            </w:r>
            <w:r w:rsidR="00797690" w:rsidRPr="00797690">
              <w:rPr>
                <w:b/>
                <w:bCs/>
              </w:rPr>
              <w:t>Sort code:</w:t>
            </w:r>
            <w:r w:rsidR="00797690">
              <w:rPr>
                <w:b/>
                <w:bCs/>
              </w:rPr>
              <w:t xml:space="preserve">   </w:t>
            </w:r>
          </w:p>
          <w:p w14:paraId="41D5F0A3" w14:textId="77777777" w:rsidR="00797690" w:rsidRDefault="00797690">
            <w:pPr>
              <w:rPr>
                <w:b/>
                <w:bCs/>
              </w:rPr>
            </w:pPr>
          </w:p>
          <w:p w14:paraId="78F12976" w14:textId="596E450F" w:rsidR="006C6AF9" w:rsidRPr="00797690" w:rsidRDefault="006C6AF9">
            <w:pPr>
              <w:rPr>
                <w:b/>
                <w:bCs/>
              </w:rPr>
            </w:pPr>
          </w:p>
        </w:tc>
      </w:tr>
      <w:tr w:rsidR="00797690" w14:paraId="6D9D0479" w14:textId="77777777" w:rsidTr="00797690">
        <w:tc>
          <w:tcPr>
            <w:tcW w:w="10416" w:type="dxa"/>
          </w:tcPr>
          <w:p w14:paraId="25591466" w14:textId="4736EB39" w:rsidR="00797690" w:rsidRDefault="006C6AF9">
            <w:pPr>
              <w:rPr>
                <w:b/>
                <w:bCs/>
              </w:rPr>
            </w:pPr>
            <w:r>
              <w:rPr>
                <w:b/>
                <w:bCs/>
                <w:noProof/>
              </w:rPr>
              <mc:AlternateContent>
                <mc:Choice Requires="wpg">
                  <w:drawing>
                    <wp:anchor distT="0" distB="0" distL="114300" distR="114300" simplePos="0" relativeHeight="251683840" behindDoc="0" locked="0" layoutInCell="1" allowOverlap="1" wp14:anchorId="20EAC45F" wp14:editId="25C209A6">
                      <wp:simplePos x="0" y="0"/>
                      <wp:positionH relativeFrom="column">
                        <wp:posOffset>1155700</wp:posOffset>
                      </wp:positionH>
                      <wp:positionV relativeFrom="paragraph">
                        <wp:posOffset>19685</wp:posOffset>
                      </wp:positionV>
                      <wp:extent cx="2692400" cy="269240"/>
                      <wp:effectExtent l="0" t="0" r="12700" b="16510"/>
                      <wp:wrapNone/>
                      <wp:docPr id="117694371" name="Group 5"/>
                      <wp:cNvGraphicFramePr/>
                      <a:graphic xmlns:a="http://schemas.openxmlformats.org/drawingml/2006/main">
                        <a:graphicData uri="http://schemas.microsoft.com/office/word/2010/wordprocessingGroup">
                          <wpg:wgp>
                            <wpg:cNvGrpSpPr/>
                            <wpg:grpSpPr>
                              <a:xfrm>
                                <a:off x="0" y="0"/>
                                <a:ext cx="2692400" cy="269240"/>
                                <a:chOff x="0" y="0"/>
                                <a:chExt cx="2240280" cy="208915"/>
                              </a:xfrm>
                            </wpg:grpSpPr>
                            <wps:wsp>
                              <wps:cNvPr id="1124572642" name="Text Box 3"/>
                              <wps:cNvSpPr txBox="1"/>
                              <wps:spPr>
                                <a:xfrm>
                                  <a:off x="0" y="0"/>
                                  <a:ext cx="208280" cy="203835"/>
                                </a:xfrm>
                                <a:prstGeom prst="rect">
                                  <a:avLst/>
                                </a:prstGeom>
                                <a:solidFill>
                                  <a:schemeClr val="lt1"/>
                                </a:solidFill>
                                <a:ln w="6350">
                                  <a:solidFill>
                                    <a:prstClr val="black"/>
                                  </a:solidFill>
                                </a:ln>
                              </wps:spPr>
                              <wps:txbx>
                                <w:txbxContent>
                                  <w:p w14:paraId="7AD98484" w14:textId="77777777" w:rsidR="006C6AF9" w:rsidRDefault="006C6AF9" w:rsidP="006C6A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015084" name="Text Box 3"/>
                              <wps:cNvSpPr txBox="1"/>
                              <wps:spPr>
                                <a:xfrm>
                                  <a:off x="304800" y="0"/>
                                  <a:ext cx="208280" cy="198755"/>
                                </a:xfrm>
                                <a:prstGeom prst="rect">
                                  <a:avLst/>
                                </a:prstGeom>
                                <a:solidFill>
                                  <a:schemeClr val="lt1"/>
                                </a:solidFill>
                                <a:ln w="6350">
                                  <a:solidFill>
                                    <a:prstClr val="black"/>
                                  </a:solidFill>
                                </a:ln>
                              </wps:spPr>
                              <wps:txbx>
                                <w:txbxContent>
                                  <w:p w14:paraId="5CB6E761" w14:textId="77777777" w:rsidR="006C6AF9" w:rsidRDefault="006C6AF9" w:rsidP="006C6A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9372484" name="Text Box 3"/>
                              <wps:cNvSpPr txBox="1"/>
                              <wps:spPr>
                                <a:xfrm>
                                  <a:off x="594360" y="0"/>
                                  <a:ext cx="208280" cy="203835"/>
                                </a:xfrm>
                                <a:prstGeom prst="rect">
                                  <a:avLst/>
                                </a:prstGeom>
                                <a:solidFill>
                                  <a:schemeClr val="lt1"/>
                                </a:solidFill>
                                <a:ln w="6350">
                                  <a:solidFill>
                                    <a:prstClr val="black"/>
                                  </a:solidFill>
                                </a:ln>
                              </wps:spPr>
                              <wps:txbx>
                                <w:txbxContent>
                                  <w:p w14:paraId="35D79907" w14:textId="77777777" w:rsidR="006C6AF9" w:rsidRDefault="006C6AF9" w:rsidP="006C6A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5318598" name="Text Box 3"/>
                              <wps:cNvSpPr txBox="1"/>
                              <wps:spPr>
                                <a:xfrm>
                                  <a:off x="883920" y="0"/>
                                  <a:ext cx="208280" cy="203835"/>
                                </a:xfrm>
                                <a:prstGeom prst="rect">
                                  <a:avLst/>
                                </a:prstGeom>
                                <a:solidFill>
                                  <a:schemeClr val="lt1"/>
                                </a:solidFill>
                                <a:ln w="6350">
                                  <a:solidFill>
                                    <a:prstClr val="black"/>
                                  </a:solidFill>
                                </a:ln>
                              </wps:spPr>
                              <wps:txbx>
                                <w:txbxContent>
                                  <w:p w14:paraId="17B379D9" w14:textId="77777777" w:rsidR="006C6AF9" w:rsidRDefault="006C6AF9" w:rsidP="006C6A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3069263" name="Text Box 3"/>
                              <wps:cNvSpPr txBox="1"/>
                              <wps:spPr>
                                <a:xfrm>
                                  <a:off x="1178560" y="0"/>
                                  <a:ext cx="208280" cy="203835"/>
                                </a:xfrm>
                                <a:prstGeom prst="rect">
                                  <a:avLst/>
                                </a:prstGeom>
                                <a:solidFill>
                                  <a:schemeClr val="lt1"/>
                                </a:solidFill>
                                <a:ln w="6350">
                                  <a:solidFill>
                                    <a:prstClr val="black"/>
                                  </a:solidFill>
                                </a:ln>
                              </wps:spPr>
                              <wps:txbx>
                                <w:txbxContent>
                                  <w:p w14:paraId="13B90583" w14:textId="77777777" w:rsidR="006C6AF9" w:rsidRDefault="006C6AF9" w:rsidP="006C6A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3768768" name="Text Box 3"/>
                              <wps:cNvSpPr txBox="1"/>
                              <wps:spPr>
                                <a:xfrm>
                                  <a:off x="1463040" y="0"/>
                                  <a:ext cx="208280" cy="203835"/>
                                </a:xfrm>
                                <a:prstGeom prst="rect">
                                  <a:avLst/>
                                </a:prstGeom>
                                <a:solidFill>
                                  <a:schemeClr val="lt1"/>
                                </a:solidFill>
                                <a:ln w="6350">
                                  <a:solidFill>
                                    <a:prstClr val="black"/>
                                  </a:solidFill>
                                </a:ln>
                              </wps:spPr>
                              <wps:txbx>
                                <w:txbxContent>
                                  <w:p w14:paraId="0B2E5D56" w14:textId="77777777" w:rsidR="006C6AF9" w:rsidRDefault="006C6AF9" w:rsidP="006C6A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4841540" name="Text Box 3"/>
                              <wps:cNvSpPr txBox="1"/>
                              <wps:spPr>
                                <a:xfrm>
                                  <a:off x="1732280" y="0"/>
                                  <a:ext cx="208280" cy="203835"/>
                                </a:xfrm>
                                <a:prstGeom prst="rect">
                                  <a:avLst/>
                                </a:prstGeom>
                                <a:solidFill>
                                  <a:schemeClr val="lt1"/>
                                </a:solidFill>
                                <a:ln w="6350">
                                  <a:solidFill>
                                    <a:prstClr val="black"/>
                                  </a:solidFill>
                                </a:ln>
                              </wps:spPr>
                              <wps:txbx>
                                <w:txbxContent>
                                  <w:p w14:paraId="27C2E328" w14:textId="77777777" w:rsidR="006C6AF9" w:rsidRDefault="006C6AF9" w:rsidP="006C6A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8084435" name="Text Box 3"/>
                              <wps:cNvSpPr txBox="1"/>
                              <wps:spPr>
                                <a:xfrm>
                                  <a:off x="2032000" y="0"/>
                                  <a:ext cx="208280" cy="208915"/>
                                </a:xfrm>
                                <a:prstGeom prst="rect">
                                  <a:avLst/>
                                </a:prstGeom>
                                <a:solidFill>
                                  <a:schemeClr val="lt1"/>
                                </a:solidFill>
                                <a:ln w="6350">
                                  <a:solidFill>
                                    <a:prstClr val="black"/>
                                  </a:solidFill>
                                </a:ln>
                              </wps:spPr>
                              <wps:txbx>
                                <w:txbxContent>
                                  <w:p w14:paraId="6EC23858" w14:textId="77777777" w:rsidR="006C6AF9" w:rsidRDefault="006C6AF9" w:rsidP="006C6A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EAC45F" id="Group 5" o:spid="_x0000_s1033" style="position:absolute;margin-left:91pt;margin-top:1.55pt;width:212pt;height:21.2pt;z-index:251683840;mso-width-relative:margin;mso-height-relative:margin" coordsize="22402,2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">
                      <v:shape id="Text Box 3" o:spid="_x0000_s1034" type="#_x0000_t202" style="position:absolute;width:2082;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" fillcolor="white [3201]" strokeweight=".5pt">
                        <v:textbox>
                          <w:txbxContent>
                            <w:p w14:paraId="7AD98484" w14:textId="77777777" w:rsidR="006C6AF9" w:rsidRDefault="006C6AF9" w:rsidP="006C6AF9"/>
                          </w:txbxContent>
                        </v:textbox>
                      </v:shape>
                      <v:shape id="Text Box 3" o:spid="_x0000_s1035" type="#_x0000_t202" style="position:absolute;left:3048;width:2082;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" fillcolor="white [3201]" strokeweight=".5pt">
                        <v:textbox>
                          <w:txbxContent>
                            <w:p w14:paraId="5CB6E761" w14:textId="77777777" w:rsidR="006C6AF9" w:rsidRDefault="006C6AF9" w:rsidP="006C6AF9"/>
                          </w:txbxContent>
                        </v:textbox>
                      </v:shape>
                      <v:shape id="Text Box 3" o:spid="_x0000_s1036" type="#_x0000_t202" style="position:absolute;left:5943;width:2083;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" fillcolor="white [3201]" strokeweight=".5pt">
                        <v:textbox>
                          <w:txbxContent>
                            <w:p w14:paraId="35D79907" w14:textId="77777777" w:rsidR="006C6AF9" w:rsidRDefault="006C6AF9" w:rsidP="006C6AF9"/>
                          </w:txbxContent>
                        </v:textbox>
                      </v:shape>
                      <v:shape id="Text Box 3" o:spid="_x0000_s1037" type="#_x0000_t202" style="position:absolute;left:8839;width:2083;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" fillcolor="white [3201]" strokeweight=".5pt">
                        <v:textbox>
                          <w:txbxContent>
                            <w:p w14:paraId="17B379D9" w14:textId="77777777" w:rsidR="006C6AF9" w:rsidRDefault="006C6AF9" w:rsidP="006C6AF9"/>
                          </w:txbxContent>
                        </v:textbox>
                      </v:shape>
                      <v:shape id="Text Box 3" o:spid="_x0000_s1038" type="#_x0000_t202" style="position:absolute;left:11785;width:2083;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" fillcolor="white [3201]" strokeweight=".5pt">
                        <v:textbox>
                          <w:txbxContent>
                            <w:p w14:paraId="13B90583" w14:textId="77777777" w:rsidR="006C6AF9" w:rsidRDefault="006C6AF9" w:rsidP="006C6AF9"/>
                          </w:txbxContent>
                        </v:textbox>
                      </v:shape>
                      <v:shape id="Text Box 3" o:spid="_x0000_s1039" type="#_x0000_t202" style="position:absolute;left:14630;width:2083;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" fillcolor="white [3201]" strokeweight=".5pt">
                        <v:textbox>
                          <w:txbxContent>
                            <w:p w14:paraId="0B2E5D56" w14:textId="77777777" w:rsidR="006C6AF9" w:rsidRDefault="006C6AF9" w:rsidP="006C6AF9"/>
                          </w:txbxContent>
                        </v:textbox>
                      </v:shape>
                      <v:shape id="Text Box 3" o:spid="_x0000_s1040" type="#_x0000_t202" style="position:absolute;left:17322;width:2083;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" fillcolor="white [3201]" strokeweight=".5pt">
                        <v:textbox>
                          <w:txbxContent>
                            <w:p w14:paraId="27C2E328" w14:textId="77777777" w:rsidR="006C6AF9" w:rsidRDefault="006C6AF9" w:rsidP="006C6AF9"/>
                          </w:txbxContent>
                        </v:textbox>
                      </v:shape>
                      <v:shape id="Text Box 3" o:spid="_x0000_s1041" type="#_x0000_t202" style="position:absolute;left:20320;width:2082;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" fillcolor="white [3201]" strokeweight=".5pt">
                        <v:textbox>
                          <w:txbxContent>
                            <w:p w14:paraId="6EC23858" w14:textId="77777777" w:rsidR="006C6AF9" w:rsidRDefault="006C6AF9" w:rsidP="006C6AF9"/>
                          </w:txbxContent>
                        </v:textbox>
                      </v:shape>
                    </v:group>
                  </w:pict>
                </mc:Fallback>
              </mc:AlternateContent>
            </w:r>
            <w:r w:rsidRPr="006C6AF9">
              <w:rPr>
                <w:b/>
                <w:bCs/>
              </w:rPr>
              <w:t>Account number:</w:t>
            </w:r>
            <w:r>
              <w:rPr>
                <w:b/>
                <w:bCs/>
              </w:rPr>
              <w:t xml:space="preserve"> </w:t>
            </w:r>
          </w:p>
          <w:p w14:paraId="335B851D" w14:textId="77777777" w:rsidR="006C6AF9" w:rsidRDefault="006C6AF9">
            <w:pPr>
              <w:rPr>
                <w:b/>
                <w:bCs/>
              </w:rPr>
            </w:pPr>
          </w:p>
          <w:p w14:paraId="1C7C74E4" w14:textId="4041911B" w:rsidR="006C6AF9" w:rsidRPr="006C6AF9" w:rsidRDefault="006C6AF9">
            <w:pPr>
              <w:rPr>
                <w:b/>
                <w:bCs/>
              </w:rPr>
            </w:pPr>
          </w:p>
        </w:tc>
      </w:tr>
      <w:tr w:rsidR="006C6AF9" w14:paraId="614E8F9B" w14:textId="77777777" w:rsidTr="00797690">
        <w:tc>
          <w:tcPr>
            <w:tcW w:w="10416" w:type="dxa"/>
          </w:tcPr>
          <w:p w14:paraId="616AD4F3" w14:textId="77777777" w:rsidR="006C6AF9" w:rsidRDefault="006C6AF9">
            <w:pPr>
              <w:rPr>
                <w:b/>
                <w:bCs/>
              </w:rPr>
            </w:pPr>
            <w:r w:rsidRPr="006C6AF9">
              <w:rPr>
                <w:b/>
                <w:bCs/>
              </w:rPr>
              <w:t>Type of account:</w:t>
            </w:r>
          </w:p>
          <w:p w14:paraId="53C6D4D2" w14:textId="77777777" w:rsidR="006C6AF9" w:rsidRDefault="006C6AF9">
            <w:pPr>
              <w:rPr>
                <w:b/>
                <w:bCs/>
                <w:noProof/>
              </w:rPr>
            </w:pPr>
          </w:p>
          <w:p w14:paraId="1B1DCD02" w14:textId="22F541F7" w:rsidR="006C6AF9" w:rsidRPr="006C6AF9" w:rsidRDefault="006C6AF9">
            <w:pPr>
              <w:rPr>
                <w:b/>
                <w:bCs/>
                <w:noProof/>
              </w:rPr>
            </w:pPr>
          </w:p>
        </w:tc>
      </w:tr>
    </w:tbl>
    <w:p w14:paraId="19AB0FE4" w14:textId="77777777" w:rsidR="006C6AF9" w:rsidRDefault="006C6AF9">
      <w:pPr>
        <w:rPr>
          <w:b/>
          <w:sz w:val="22"/>
        </w:rPr>
      </w:pPr>
    </w:p>
    <w:p w14:paraId="74F45F87" w14:textId="38155AE8" w:rsidR="006C6AF9" w:rsidRDefault="006C6AF9" w:rsidP="006C6AF9">
      <w:r>
        <w:rPr>
          <w:b/>
          <w:sz w:val="22"/>
        </w:rPr>
        <w:t>SECTION 11: PRIVACY NOTICE SUMMARY</w:t>
      </w:r>
    </w:p>
    <w:p w14:paraId="5E01BF4B" w14:textId="77777777" w:rsidR="006C6AF9" w:rsidRDefault="006C6AF9" w:rsidP="006C6AF9">
      <w:r>
        <w:t>MITSkills will process your personal data for the purposes of administering bursary and free meals support, verifying eligibility, assessing need, making awards, prevention of fraud, audit and funding assurance, and meeting legal and regulatory obligations. Data will be processed in accordance with applicable data protection legislation and the MITSkills privacy notice. We may share information where lawful and necessary with funding bodies, auditors, local authorities or other relevant agencies for these purposes. Please refer to the full MITSkills privacy notice for further details, including retention periods and your rights.</w:t>
      </w:r>
    </w:p>
    <w:p w14:paraId="29AC964D" w14:textId="0F44B5E5" w:rsidR="006C6AF9" w:rsidRDefault="006C6AF9" w:rsidP="006C6AF9">
      <w:pPr>
        <w:rPr>
          <w:b/>
          <w:sz w:val="22"/>
        </w:rPr>
      </w:pPr>
      <w:r>
        <w:t xml:space="preserve">I confirm that I have read / been given access to the MITSkills privacy notice:      </w:t>
      </w:r>
      <w:r>
        <w:rPr>
          <w:rFonts w:ascii="Segoe UI Symbol" w:hAnsi="Segoe UI Symbol" w:cs="Segoe UI Symbol"/>
          <w:w w:val="99"/>
          <w:sz w:val="21"/>
          <w:szCs w:val="21"/>
        </w:rPr>
        <w:t xml:space="preserve">Yes  </w:t>
      </w:r>
      <w:r w:rsidRPr="00875FA4">
        <w:rPr>
          <w:rFonts w:ascii="Segoe UI Symbol" w:hAnsi="Segoe UI Symbol" w:cs="Segoe UI Symbol"/>
          <w:w w:val="99"/>
          <w:sz w:val="21"/>
          <w:szCs w:val="21"/>
        </w:rPr>
        <w:t>☐</w:t>
      </w:r>
      <w:r>
        <w:rPr>
          <w:rFonts w:ascii="Segoe UI Symbol" w:hAnsi="Segoe UI Symbol" w:cs="Segoe UI Symbol"/>
          <w:w w:val="99"/>
          <w:sz w:val="21"/>
          <w:szCs w:val="21"/>
        </w:rPr>
        <w:t xml:space="preserve">   No  </w:t>
      </w:r>
      <w:r w:rsidRPr="00875FA4">
        <w:rPr>
          <w:rFonts w:ascii="Segoe UI Symbol" w:hAnsi="Segoe UI Symbol" w:cs="Segoe UI Symbol"/>
          <w:w w:val="99"/>
          <w:sz w:val="21"/>
          <w:szCs w:val="21"/>
        </w:rPr>
        <w:t>☐</w:t>
      </w:r>
    </w:p>
    <w:p w14:paraId="3E38EA36" w14:textId="7BC8CC4E" w:rsidR="00A976AC" w:rsidRDefault="00F007BD">
      <w:r>
        <w:rPr>
          <w:b/>
          <w:sz w:val="22"/>
        </w:rPr>
        <w:lastRenderedPageBreak/>
        <w:t>SECTION 1</w:t>
      </w:r>
      <w:r w:rsidR="006C6AF9">
        <w:rPr>
          <w:b/>
          <w:sz w:val="22"/>
        </w:rPr>
        <w:t>2</w:t>
      </w:r>
      <w:r>
        <w:rPr>
          <w:b/>
          <w:sz w:val="22"/>
        </w:rPr>
        <w:t>: STUDENT DECLARATION</w:t>
      </w:r>
    </w:p>
    <w:p w14:paraId="287DF5EE" w14:textId="77777777" w:rsidR="00A976AC" w:rsidRDefault="00F007BD">
      <w:r>
        <w:t>By signing below, I confirm that:</w:t>
      </w:r>
    </w:p>
    <w:p w14:paraId="03507CE9" w14:textId="77777777" w:rsidR="00A976AC" w:rsidRDefault="00F007BD">
      <w:pPr>
        <w:pStyle w:val="ListBullet"/>
      </w:pPr>
      <w:r>
        <w:t>the information I have given is true and complete to the best of my knowledge;</w:t>
      </w:r>
    </w:p>
    <w:p w14:paraId="41D4BB21" w14:textId="77777777" w:rsidR="00A976AC" w:rsidRDefault="00F007BD">
      <w:pPr>
        <w:pStyle w:val="ListBullet"/>
      </w:pPr>
      <w:r>
        <w:t>I understand that MITSkills may request further evidence in order to verify eligibility and assess actual need;</w:t>
      </w:r>
    </w:p>
    <w:p w14:paraId="191BBB95" w14:textId="77777777" w:rsidR="00A976AC" w:rsidRDefault="00F007BD">
      <w:pPr>
        <w:pStyle w:val="ListBullet"/>
      </w:pPr>
      <w:r>
        <w:t>I will tell MITSkills promptly if my circumstances change, including if I withdraw from or change my course;</w:t>
      </w:r>
    </w:p>
    <w:p w14:paraId="57F7FE65" w14:textId="77777777" w:rsidR="00A976AC" w:rsidRDefault="00F007BD">
      <w:pPr>
        <w:pStyle w:val="ListBullet"/>
      </w:pPr>
      <w:r>
        <w:t>I understand that bursary support is not guaranteed and that any award will be based on published policy, eligibility, actual need and available funding;</w:t>
      </w:r>
    </w:p>
    <w:p w14:paraId="5FE75C87" w14:textId="74729D9F" w:rsidR="00A976AC" w:rsidRDefault="00F007BD" w:rsidP="00D93DC5">
      <w:pPr>
        <w:pStyle w:val="ListBullet"/>
      </w:pPr>
      <w:r>
        <w:t xml:space="preserve">I understand that </w:t>
      </w:r>
      <w:r w:rsidR="00D93DC5">
        <w:t>p</w:t>
      </w:r>
      <w:r w:rsidR="00D93DC5" w:rsidRPr="002D16CD">
        <w:t xml:space="preserve">ayments of all bursaries are dependent on maintaining attendance of 90% or above on all </w:t>
      </w:r>
      <w:r w:rsidR="00D93DC5">
        <w:t>my</w:t>
      </w:r>
      <w:r w:rsidR="00D93DC5" w:rsidRPr="002D16CD">
        <w:t xml:space="preserve"> courses and behaving appropriately in College</w:t>
      </w:r>
      <w:r w:rsidR="00D93DC5">
        <w:t>;</w:t>
      </w:r>
    </w:p>
    <w:p w14:paraId="49D5A034" w14:textId="77777777" w:rsidR="00A976AC" w:rsidRDefault="00F007BD">
      <w:pPr>
        <w:pStyle w:val="ListBullet"/>
      </w:pPr>
      <w:r>
        <w:t>I understand that if support is awarded for specific participation costs and I do not incur those costs, MITSkills may review, amend or recover the support where appropriate.</w:t>
      </w:r>
    </w:p>
    <w:p w14:paraId="236FB9B8" w14:textId="7EE76447" w:rsidR="00A976AC" w:rsidRDefault="00F007BD">
      <w:r w:rsidRPr="0024047B">
        <w:rPr>
          <w:b/>
          <w:bCs/>
        </w:rPr>
        <w:t>Student signature:</w:t>
      </w:r>
      <w:r>
        <w:t xml:space="preserve"> </w:t>
      </w:r>
      <w:r w:rsidR="0024047B">
        <w:t xml:space="preserve"> </w:t>
      </w:r>
    </w:p>
    <w:p w14:paraId="0A9956A9" w14:textId="77777777" w:rsidR="0024047B" w:rsidRDefault="0024047B"/>
    <w:p w14:paraId="10347E9F" w14:textId="379E3A02" w:rsidR="00A976AC" w:rsidRDefault="00F007BD">
      <w:r w:rsidRPr="0024047B">
        <w:rPr>
          <w:b/>
          <w:bCs/>
        </w:rPr>
        <w:t>Student name (print):</w:t>
      </w:r>
      <w:r>
        <w:t xml:space="preserve"> </w:t>
      </w:r>
    </w:p>
    <w:p w14:paraId="217048D2" w14:textId="77777777" w:rsidR="0024047B" w:rsidRDefault="0024047B"/>
    <w:p w14:paraId="48EA44C5" w14:textId="6BA65E8D" w:rsidR="00A976AC" w:rsidRDefault="00F007BD">
      <w:r w:rsidRPr="0024047B">
        <w:rPr>
          <w:b/>
          <w:bCs/>
        </w:rPr>
        <w:t>Date</w:t>
      </w:r>
      <w:r>
        <w:t xml:space="preserve">: </w:t>
      </w:r>
    </w:p>
    <w:p w14:paraId="021B962D" w14:textId="77777777" w:rsidR="0024047B" w:rsidRDefault="0024047B"/>
    <w:p w14:paraId="5E5D1D72" w14:textId="5A76D9A2" w:rsidR="00A976AC" w:rsidRDefault="00F007BD">
      <w:r>
        <w:rPr>
          <w:b/>
          <w:sz w:val="22"/>
        </w:rPr>
        <w:t>SECTION 1</w:t>
      </w:r>
      <w:r w:rsidR="00646F51">
        <w:rPr>
          <w:b/>
          <w:sz w:val="22"/>
        </w:rPr>
        <w:t>3</w:t>
      </w:r>
      <w:r>
        <w:rPr>
          <w:b/>
          <w:sz w:val="22"/>
        </w:rPr>
        <w:t>: PARENT / CARER DECLARATION (WHERE REQUIRED)</w:t>
      </w:r>
    </w:p>
    <w:p w14:paraId="353F7D20" w14:textId="77777777" w:rsidR="00A976AC" w:rsidRDefault="00F007BD">
      <w:r>
        <w:t>A parent/carer signature is required where household income evidence or other supporting evidence relates to the parent/carer, or where the student is asked to provide a parent/carer signature under the MITSkills policy.</w:t>
      </w:r>
    </w:p>
    <w:p w14:paraId="5FAFFEE1" w14:textId="405886A2" w:rsidR="00A976AC" w:rsidRDefault="00F007BD">
      <w:r w:rsidRPr="0024047B">
        <w:rPr>
          <w:b/>
          <w:bCs/>
        </w:rPr>
        <w:t>Parent/carer signature:</w:t>
      </w:r>
      <w:r>
        <w:t xml:space="preserve"> </w:t>
      </w:r>
      <w:r w:rsidR="0024047B">
        <w:t xml:space="preserve"> </w:t>
      </w:r>
    </w:p>
    <w:p w14:paraId="5454B3A9" w14:textId="77777777" w:rsidR="0024047B" w:rsidRDefault="0024047B"/>
    <w:p w14:paraId="7DD1D7CC" w14:textId="7265C422" w:rsidR="00A976AC" w:rsidRDefault="00F007BD">
      <w:r w:rsidRPr="0024047B">
        <w:rPr>
          <w:b/>
          <w:bCs/>
        </w:rPr>
        <w:t>Parent/carer name (print):</w:t>
      </w:r>
      <w:r>
        <w:t xml:space="preserve"> </w:t>
      </w:r>
      <w:r w:rsidR="0024047B">
        <w:t xml:space="preserve"> </w:t>
      </w:r>
    </w:p>
    <w:p w14:paraId="4DFCCB0F" w14:textId="77777777" w:rsidR="0024047B" w:rsidRDefault="0024047B"/>
    <w:p w14:paraId="7650BA0C" w14:textId="00E37234" w:rsidR="00A976AC" w:rsidRDefault="00F007BD">
      <w:r w:rsidRPr="0024047B">
        <w:rPr>
          <w:b/>
          <w:bCs/>
        </w:rPr>
        <w:t>Relationship to student:</w:t>
      </w:r>
      <w:r>
        <w:t xml:space="preserve"> </w:t>
      </w:r>
      <w:r w:rsidR="0024047B">
        <w:t xml:space="preserve"> </w:t>
      </w:r>
    </w:p>
    <w:p w14:paraId="32B31603" w14:textId="77777777" w:rsidR="0024047B" w:rsidRDefault="0024047B">
      <w:pPr>
        <w:rPr>
          <w:b/>
          <w:bCs/>
        </w:rPr>
      </w:pPr>
    </w:p>
    <w:p w14:paraId="11FE51D4" w14:textId="1C84EE35" w:rsidR="00A976AC" w:rsidRDefault="00F007BD">
      <w:r w:rsidRPr="0024047B">
        <w:rPr>
          <w:b/>
          <w:bCs/>
        </w:rPr>
        <w:t>Date:</w:t>
      </w:r>
      <w:r>
        <w:t xml:space="preserve"> </w:t>
      </w:r>
      <w:r w:rsidR="0024047B">
        <w:t xml:space="preserve"> </w:t>
      </w:r>
    </w:p>
    <w:p w14:paraId="584EBBD5" w14:textId="5E31187A" w:rsidR="00A976AC" w:rsidRDefault="0024047B">
      <w:r>
        <w:t xml:space="preserve"> </w:t>
      </w:r>
    </w:p>
    <w:p w14:paraId="5F88BDBB" w14:textId="77777777" w:rsidR="00A976AC" w:rsidRDefault="00F007BD">
      <w:r>
        <w:rPr>
          <w:b/>
          <w:sz w:val="22"/>
        </w:rPr>
        <w:t>OFFICE USE ONLY</w:t>
      </w:r>
    </w:p>
    <w:tbl>
      <w:tblPr>
        <w:tblStyle w:val="TableGrid"/>
        <w:tblW w:w="0" w:type="auto"/>
        <w:tblLook w:val="04A0" w:firstRow="1" w:lastRow="0" w:firstColumn="1" w:lastColumn="0" w:noHBand="0" w:noVBand="1"/>
      </w:tblPr>
      <w:tblGrid>
        <w:gridCol w:w="5096"/>
        <w:gridCol w:w="5094"/>
      </w:tblGrid>
      <w:tr w:rsidR="00A976AC" w14:paraId="4DA84A72" w14:textId="77777777">
        <w:tc>
          <w:tcPr>
            <w:tcW w:w="5100" w:type="dxa"/>
          </w:tcPr>
          <w:p w14:paraId="1BE3A998" w14:textId="77777777" w:rsidR="00A976AC" w:rsidRDefault="00F007BD">
            <w:r>
              <w:t>Date application received</w:t>
            </w:r>
          </w:p>
        </w:tc>
        <w:tc>
          <w:tcPr>
            <w:tcW w:w="5100" w:type="dxa"/>
          </w:tcPr>
          <w:p w14:paraId="54618996" w14:textId="77777777" w:rsidR="00A976AC" w:rsidRDefault="00A976AC"/>
          <w:p w14:paraId="07EDECF6" w14:textId="77777777" w:rsidR="0024047B" w:rsidRDefault="0024047B"/>
        </w:tc>
      </w:tr>
      <w:tr w:rsidR="00A976AC" w14:paraId="62FD7554" w14:textId="77777777">
        <w:tc>
          <w:tcPr>
            <w:tcW w:w="5100" w:type="dxa"/>
          </w:tcPr>
          <w:p w14:paraId="4C3CD047" w14:textId="77777777" w:rsidR="00A976AC" w:rsidRDefault="00F007BD">
            <w:r>
              <w:t>Application complete?  Yes / No</w:t>
            </w:r>
          </w:p>
        </w:tc>
        <w:tc>
          <w:tcPr>
            <w:tcW w:w="5100" w:type="dxa"/>
          </w:tcPr>
          <w:p w14:paraId="2F995E1F" w14:textId="77777777" w:rsidR="00A976AC" w:rsidRDefault="00A976AC"/>
          <w:p w14:paraId="540F1DF7" w14:textId="77777777" w:rsidR="0024047B" w:rsidRDefault="0024047B"/>
        </w:tc>
      </w:tr>
      <w:tr w:rsidR="00A976AC" w14:paraId="29520466" w14:textId="77777777">
        <w:tc>
          <w:tcPr>
            <w:tcW w:w="5100" w:type="dxa"/>
          </w:tcPr>
          <w:p w14:paraId="308B073C" w14:textId="77777777" w:rsidR="00A976AC" w:rsidRDefault="00F007BD">
            <w:r>
              <w:t>Bursary category assessed</w:t>
            </w:r>
          </w:p>
        </w:tc>
        <w:tc>
          <w:tcPr>
            <w:tcW w:w="5100" w:type="dxa"/>
          </w:tcPr>
          <w:p w14:paraId="42144AC7" w14:textId="77777777" w:rsidR="00A976AC" w:rsidRDefault="00A976AC"/>
          <w:p w14:paraId="60A15BF7" w14:textId="77777777" w:rsidR="0024047B" w:rsidRDefault="0024047B"/>
        </w:tc>
      </w:tr>
      <w:tr w:rsidR="00A976AC" w14:paraId="12BA8AEF" w14:textId="77777777">
        <w:tc>
          <w:tcPr>
            <w:tcW w:w="5100" w:type="dxa"/>
          </w:tcPr>
          <w:p w14:paraId="4A7F8596" w14:textId="77777777" w:rsidR="00A976AC" w:rsidRDefault="00F007BD">
            <w:r>
              <w:t>Evidence seen and copied</w:t>
            </w:r>
          </w:p>
        </w:tc>
        <w:tc>
          <w:tcPr>
            <w:tcW w:w="5100" w:type="dxa"/>
          </w:tcPr>
          <w:p w14:paraId="6062CEC4" w14:textId="77777777" w:rsidR="00A976AC" w:rsidRDefault="00A976AC"/>
          <w:p w14:paraId="19349EBD" w14:textId="77777777" w:rsidR="0024047B" w:rsidRDefault="0024047B"/>
        </w:tc>
      </w:tr>
      <w:tr w:rsidR="00A976AC" w14:paraId="68AA739E" w14:textId="77777777">
        <w:tc>
          <w:tcPr>
            <w:tcW w:w="5100" w:type="dxa"/>
          </w:tcPr>
          <w:p w14:paraId="1970B73D" w14:textId="77777777" w:rsidR="00A976AC" w:rsidRDefault="00F007BD">
            <w:r>
              <w:lastRenderedPageBreak/>
              <w:t>Eligibility confirmed?  Yes / No</w:t>
            </w:r>
          </w:p>
        </w:tc>
        <w:tc>
          <w:tcPr>
            <w:tcW w:w="5100" w:type="dxa"/>
          </w:tcPr>
          <w:p w14:paraId="10DDDB27" w14:textId="77777777" w:rsidR="00A976AC" w:rsidRDefault="00A976AC"/>
          <w:p w14:paraId="14324C6B" w14:textId="77777777" w:rsidR="0024047B" w:rsidRDefault="0024047B"/>
        </w:tc>
      </w:tr>
      <w:tr w:rsidR="00A976AC" w14:paraId="24638739" w14:textId="77777777">
        <w:tc>
          <w:tcPr>
            <w:tcW w:w="5100" w:type="dxa"/>
          </w:tcPr>
          <w:p w14:paraId="6E2270ED" w14:textId="77777777" w:rsidR="00A976AC" w:rsidRDefault="00F007BD">
            <w:r>
              <w:t>Actual participation costs assessed?  Yes / No</w:t>
            </w:r>
          </w:p>
        </w:tc>
        <w:tc>
          <w:tcPr>
            <w:tcW w:w="5100" w:type="dxa"/>
          </w:tcPr>
          <w:p w14:paraId="1FF3B726" w14:textId="77777777" w:rsidR="00A976AC" w:rsidRDefault="00A976AC"/>
          <w:p w14:paraId="3A532FF4" w14:textId="77777777" w:rsidR="0024047B" w:rsidRDefault="0024047B"/>
        </w:tc>
      </w:tr>
      <w:tr w:rsidR="00A976AC" w14:paraId="2348815D" w14:textId="77777777">
        <w:tc>
          <w:tcPr>
            <w:tcW w:w="5100" w:type="dxa"/>
          </w:tcPr>
          <w:p w14:paraId="1947588C" w14:textId="77777777" w:rsidR="00A976AC" w:rsidRDefault="00F007BD">
            <w:r>
              <w:t>Award approved / refused / deferred</w:t>
            </w:r>
          </w:p>
        </w:tc>
        <w:tc>
          <w:tcPr>
            <w:tcW w:w="5100" w:type="dxa"/>
          </w:tcPr>
          <w:p w14:paraId="3CC652F6" w14:textId="77777777" w:rsidR="00A976AC" w:rsidRDefault="00A976AC"/>
          <w:p w14:paraId="611CA73C" w14:textId="77777777" w:rsidR="0024047B" w:rsidRDefault="0024047B"/>
        </w:tc>
      </w:tr>
      <w:tr w:rsidR="00A976AC" w14:paraId="44EECD56" w14:textId="77777777">
        <w:tc>
          <w:tcPr>
            <w:tcW w:w="5100" w:type="dxa"/>
          </w:tcPr>
          <w:p w14:paraId="2F979B16" w14:textId="77777777" w:rsidR="00A976AC" w:rsidRDefault="00F007BD">
            <w:r>
              <w:t>Nature of support (in kind / direct payment)</w:t>
            </w:r>
          </w:p>
        </w:tc>
        <w:tc>
          <w:tcPr>
            <w:tcW w:w="5100" w:type="dxa"/>
          </w:tcPr>
          <w:p w14:paraId="2DCDDD15" w14:textId="77777777" w:rsidR="00A976AC" w:rsidRDefault="00A976AC"/>
          <w:p w14:paraId="66256DB6" w14:textId="77777777" w:rsidR="0024047B" w:rsidRDefault="0024047B"/>
        </w:tc>
      </w:tr>
      <w:tr w:rsidR="00A976AC" w14:paraId="1E5A778A" w14:textId="77777777">
        <w:tc>
          <w:tcPr>
            <w:tcW w:w="5100" w:type="dxa"/>
          </w:tcPr>
          <w:p w14:paraId="18483D80" w14:textId="77777777" w:rsidR="00A976AC" w:rsidRDefault="00F007BD">
            <w:r>
              <w:t>Amount / value of support</w:t>
            </w:r>
          </w:p>
        </w:tc>
        <w:tc>
          <w:tcPr>
            <w:tcW w:w="5100" w:type="dxa"/>
          </w:tcPr>
          <w:p w14:paraId="236C0E19" w14:textId="77777777" w:rsidR="00A976AC" w:rsidRDefault="00A976AC"/>
          <w:p w14:paraId="266C2880" w14:textId="77777777" w:rsidR="0024047B" w:rsidRDefault="0024047B"/>
        </w:tc>
      </w:tr>
      <w:tr w:rsidR="00A976AC" w14:paraId="76BF522E" w14:textId="77777777">
        <w:tc>
          <w:tcPr>
            <w:tcW w:w="5100" w:type="dxa"/>
          </w:tcPr>
          <w:p w14:paraId="0FA8B616" w14:textId="77777777" w:rsidR="00A976AC" w:rsidRDefault="00F007BD">
            <w:r>
              <w:t>Payment conditions / review arrangements</w:t>
            </w:r>
          </w:p>
        </w:tc>
        <w:tc>
          <w:tcPr>
            <w:tcW w:w="5100" w:type="dxa"/>
          </w:tcPr>
          <w:p w14:paraId="6CBB3F03" w14:textId="77777777" w:rsidR="00A976AC" w:rsidRDefault="00A976AC"/>
          <w:p w14:paraId="565E325F" w14:textId="77777777" w:rsidR="0024047B" w:rsidRDefault="0024047B"/>
        </w:tc>
      </w:tr>
      <w:tr w:rsidR="00A976AC" w14:paraId="65505D9D" w14:textId="77777777">
        <w:tc>
          <w:tcPr>
            <w:tcW w:w="5100" w:type="dxa"/>
          </w:tcPr>
          <w:p w14:paraId="24C0AF97" w14:textId="77777777" w:rsidR="00A976AC" w:rsidRDefault="00F007BD">
            <w:r>
              <w:t>Decision letter sent date</w:t>
            </w:r>
          </w:p>
        </w:tc>
        <w:tc>
          <w:tcPr>
            <w:tcW w:w="5100" w:type="dxa"/>
          </w:tcPr>
          <w:p w14:paraId="074FFE24" w14:textId="77777777" w:rsidR="00A976AC" w:rsidRDefault="00A976AC"/>
          <w:p w14:paraId="0F1CF785" w14:textId="77777777" w:rsidR="0024047B" w:rsidRDefault="0024047B"/>
        </w:tc>
      </w:tr>
      <w:tr w:rsidR="00A976AC" w14:paraId="3CD615CC" w14:textId="77777777">
        <w:tc>
          <w:tcPr>
            <w:tcW w:w="5100" w:type="dxa"/>
          </w:tcPr>
          <w:p w14:paraId="572447FF" w14:textId="77777777" w:rsidR="00A976AC" w:rsidRDefault="00F007BD">
            <w:r>
              <w:t>Staff member</w:t>
            </w:r>
          </w:p>
        </w:tc>
        <w:tc>
          <w:tcPr>
            <w:tcW w:w="5100" w:type="dxa"/>
          </w:tcPr>
          <w:p w14:paraId="6E8ADFE7" w14:textId="77777777" w:rsidR="00A976AC" w:rsidRDefault="00A976AC"/>
          <w:p w14:paraId="25EAD40F" w14:textId="77777777" w:rsidR="0024047B" w:rsidRDefault="0024047B"/>
        </w:tc>
      </w:tr>
      <w:tr w:rsidR="00A976AC" w14:paraId="1F6C49D9" w14:textId="77777777">
        <w:tc>
          <w:tcPr>
            <w:tcW w:w="5100" w:type="dxa"/>
          </w:tcPr>
          <w:p w14:paraId="7C0EFE7C" w14:textId="77777777" w:rsidR="00A976AC" w:rsidRDefault="00F007BD">
            <w:r>
              <w:t>Second checker / authoriser</w:t>
            </w:r>
          </w:p>
        </w:tc>
        <w:tc>
          <w:tcPr>
            <w:tcW w:w="5100" w:type="dxa"/>
          </w:tcPr>
          <w:p w14:paraId="3CC3735C" w14:textId="77777777" w:rsidR="00A976AC" w:rsidRDefault="00A976AC"/>
          <w:p w14:paraId="6645D0E8" w14:textId="77777777" w:rsidR="0024047B" w:rsidRDefault="0024047B"/>
        </w:tc>
      </w:tr>
      <w:tr w:rsidR="00A976AC" w14:paraId="332B453B" w14:textId="77777777">
        <w:tc>
          <w:tcPr>
            <w:tcW w:w="5100" w:type="dxa"/>
          </w:tcPr>
          <w:p w14:paraId="1859BD16" w14:textId="77777777" w:rsidR="00A976AC" w:rsidRDefault="00F007BD">
            <w:r>
              <w:t>Notes</w:t>
            </w:r>
          </w:p>
        </w:tc>
        <w:tc>
          <w:tcPr>
            <w:tcW w:w="5100" w:type="dxa"/>
          </w:tcPr>
          <w:p w14:paraId="36D977EF" w14:textId="77777777" w:rsidR="00A976AC" w:rsidRDefault="00A976AC"/>
          <w:p w14:paraId="1B506071" w14:textId="77777777" w:rsidR="0024047B" w:rsidRDefault="0024047B"/>
          <w:p w14:paraId="45B7B1C2" w14:textId="77777777" w:rsidR="0024047B" w:rsidRDefault="0024047B"/>
        </w:tc>
      </w:tr>
    </w:tbl>
    <w:p w14:paraId="45C0D1A2" w14:textId="77777777" w:rsidR="0024047B" w:rsidRDefault="0024047B">
      <w:pPr>
        <w:jc w:val="center"/>
        <w:rPr>
          <w:i/>
          <w:sz w:val="18"/>
        </w:rPr>
      </w:pPr>
    </w:p>
    <w:p w14:paraId="1E0BB58A" w14:textId="11372020" w:rsidR="00A976AC" w:rsidRDefault="00A976AC">
      <w:pPr>
        <w:jc w:val="center"/>
      </w:pPr>
    </w:p>
    <w:sectPr w:rsidR="00A976AC" w:rsidSect="00034616">
      <w:footerReference w:type="default" r:id="rId11"/>
      <w:pgSz w:w="12240" w:h="15840"/>
      <w:pgMar w:top="1020" w:right="1020" w:bottom="102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0D2B9" w14:textId="77777777" w:rsidR="00FD54F7" w:rsidRDefault="00FD54F7" w:rsidP="002D16CD">
      <w:pPr>
        <w:spacing w:after="0" w:line="240" w:lineRule="auto"/>
      </w:pPr>
      <w:r>
        <w:separator/>
      </w:r>
    </w:p>
  </w:endnote>
  <w:endnote w:type="continuationSeparator" w:id="0">
    <w:p w14:paraId="1FC03D22" w14:textId="77777777" w:rsidR="00FD54F7" w:rsidRDefault="00FD54F7" w:rsidP="002D1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0001254"/>
      <w:docPartObj>
        <w:docPartGallery w:val="Page Numbers (Bottom of Page)"/>
        <w:docPartUnique/>
      </w:docPartObj>
    </w:sdtPr>
    <w:sdtEndPr>
      <w:rPr>
        <w:color w:val="7F7F7F" w:themeColor="background1" w:themeShade="7F"/>
        <w:spacing w:val="60"/>
      </w:rPr>
    </w:sdtEndPr>
    <w:sdtContent>
      <w:p w14:paraId="6A3BBB59" w14:textId="072E4778" w:rsidR="002D16CD" w:rsidRPr="002D16CD" w:rsidRDefault="002D16CD" w:rsidP="002D16C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24047B">
          <w:rPr>
            <w:color w:val="7F7F7F" w:themeColor="background1" w:themeShade="7F"/>
            <w:spacing w:val="60"/>
          </w:rPr>
          <w:tab/>
        </w:r>
        <w:r w:rsidR="0024047B">
          <w:rPr>
            <w:color w:val="7F7F7F" w:themeColor="background1" w:themeShade="7F"/>
            <w:spacing w:val="60"/>
          </w:rPr>
          <w:tab/>
        </w:r>
        <w:r w:rsidR="0024047B" w:rsidRPr="0024047B">
          <w:rPr>
            <w:color w:val="000000" w:themeColor="text1"/>
            <w:spacing w:val="60"/>
          </w:rPr>
          <w:t>Version 9 August 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EF75D" w14:textId="77777777" w:rsidR="00FD54F7" w:rsidRDefault="00FD54F7" w:rsidP="002D16CD">
      <w:pPr>
        <w:spacing w:after="0" w:line="240" w:lineRule="auto"/>
      </w:pPr>
      <w:r>
        <w:separator/>
      </w:r>
    </w:p>
  </w:footnote>
  <w:footnote w:type="continuationSeparator" w:id="0">
    <w:p w14:paraId="0370BFCD" w14:textId="77777777" w:rsidR="00FD54F7" w:rsidRDefault="00FD54F7" w:rsidP="002D16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17085412">
    <w:abstractNumId w:val="8"/>
  </w:num>
  <w:num w:numId="2" w16cid:durableId="658657941">
    <w:abstractNumId w:val="6"/>
  </w:num>
  <w:num w:numId="3" w16cid:durableId="754666218">
    <w:abstractNumId w:val="5"/>
  </w:num>
  <w:num w:numId="4" w16cid:durableId="1809590998">
    <w:abstractNumId w:val="4"/>
  </w:num>
  <w:num w:numId="5" w16cid:durableId="254677670">
    <w:abstractNumId w:val="7"/>
  </w:num>
  <w:num w:numId="6" w16cid:durableId="620766425">
    <w:abstractNumId w:val="3"/>
  </w:num>
  <w:num w:numId="7" w16cid:durableId="907805684">
    <w:abstractNumId w:val="2"/>
  </w:num>
  <w:num w:numId="8" w16cid:durableId="152376953">
    <w:abstractNumId w:val="1"/>
  </w:num>
  <w:num w:numId="9" w16cid:durableId="316998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4047B"/>
    <w:rsid w:val="0029639D"/>
    <w:rsid w:val="002D16CD"/>
    <w:rsid w:val="002F1851"/>
    <w:rsid w:val="00326F90"/>
    <w:rsid w:val="004A1FC9"/>
    <w:rsid w:val="00613F78"/>
    <w:rsid w:val="006143E9"/>
    <w:rsid w:val="00637DB7"/>
    <w:rsid w:val="00646F51"/>
    <w:rsid w:val="006C6AF9"/>
    <w:rsid w:val="00797690"/>
    <w:rsid w:val="00A976AC"/>
    <w:rsid w:val="00AA1D8D"/>
    <w:rsid w:val="00B47730"/>
    <w:rsid w:val="00CB0664"/>
    <w:rsid w:val="00D93DC5"/>
    <w:rsid w:val="00DB4AC6"/>
    <w:rsid w:val="00EB2843"/>
    <w:rsid w:val="00F007BD"/>
    <w:rsid w:val="00FC693F"/>
    <w:rsid w:val="00FD54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090F1D"/>
  <w14:defaultImageDpi w14:val="300"/>
  <w15:docId w15:val="{4AD9AA22-337F-47D9-870C-9E78F34C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2D16CD"/>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TableParagraph">
    <w:name w:val="Table Paragraph"/>
    <w:basedOn w:val="Normal"/>
    <w:uiPriority w:val="1"/>
    <w:qFormat/>
    <w:rsid w:val="002D16CD"/>
    <w:pPr>
      <w:widowControl w:val="0"/>
      <w:spacing w:after="0" w:line="240" w:lineRule="auto"/>
    </w:pPr>
    <w:rPr>
      <w:rFonts w:ascii="Verdana" w:eastAsia="Verdana" w:hAnsi="Verdana" w:cs="Verdan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A0F4F5F1DCC4247944FE49F696C61CD" ma:contentTypeVersion="8" ma:contentTypeDescription="Create a new document." ma:contentTypeScope="" ma:versionID="6a6789d25375086e720592a14d56c3eb">
  <xsd:schema xmlns:xsd="http://www.w3.org/2001/XMLSchema" xmlns:xs="http://www.w3.org/2001/XMLSchema" xmlns:p="http://schemas.microsoft.com/office/2006/metadata/properties" xmlns:ns2="3f242cd8-f978-4168-a082-e39bab0e85bb" xmlns:ns3="74407fdb-abc1-44f3-8bea-4b9e07d56a44" targetNamespace="http://schemas.microsoft.com/office/2006/metadata/properties" ma:root="true" ma:fieldsID="45051ab7384bd8320f377ae031e8100e" ns2:_="" ns3:_="">
    <xsd:import namespace="3f242cd8-f978-4168-a082-e39bab0e85bb"/>
    <xsd:import namespace="74407fdb-abc1-44f3-8bea-4b9e07d56a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42cd8-f978-4168-a082-e39bab0e85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407fdb-abc1-44f3-8bea-4b9e07d56a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4218F5-DBD4-444F-BE3C-1A88645C5D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9DB59F-3D38-4C78-B6F4-D77A54159B5D}">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8AEE1F7A-315E-4873-A759-970FEB44F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42cd8-f978-4168-a082-e39bab0e85bb"/>
    <ds:schemaRef ds:uri="74407fdb-abc1-44f3-8bea-4b9e07d56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1720</Words>
  <Characters>9810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Hassaan Ansari</dc:creator>
  <cp:keywords/>
  <dc:description>generated by python-docx</dc:description>
  <cp:lastModifiedBy>Christine Bentley</cp:lastModifiedBy>
  <cp:revision>5</cp:revision>
  <dcterms:created xsi:type="dcterms:W3CDTF">2026-06-23T10:43:00Z</dcterms:created>
  <dcterms:modified xsi:type="dcterms:W3CDTF">2026-07-23T14:55:00Z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0x0101006A0F4F5F1DCC4247944FE49F696C61CD</vt:lpwstr>
  </property>
</Properties>
</file>